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44FBA" w14:textId="2B2BE000" w:rsidR="006427F4" w:rsidRPr="006427F4" w:rsidRDefault="006427F4" w:rsidP="00FD0106">
      <w:pPr>
        <w:spacing w:after="0" w:line="240" w:lineRule="auto"/>
        <w:jc w:val="center"/>
        <w:rPr>
          <w:rFonts w:asciiTheme="majorHAnsi" w:hAnsiTheme="majorHAnsi" w:cstheme="majorHAnsi"/>
          <w:b/>
          <w:sz w:val="28"/>
          <w:szCs w:val="28"/>
        </w:rPr>
      </w:pPr>
      <w:r>
        <w:rPr>
          <w:rFonts w:asciiTheme="majorHAnsi" w:hAnsiTheme="majorHAnsi" w:cstheme="majorHAnsi"/>
          <w:b/>
          <w:noProof/>
          <w:sz w:val="28"/>
          <w:szCs w:val="28"/>
        </w:rPr>
        <w:drawing>
          <wp:anchor distT="0" distB="0" distL="114300" distR="114300" simplePos="0" relativeHeight="251658240" behindDoc="1" locked="0" layoutInCell="1" allowOverlap="1" wp14:anchorId="4D3D3245" wp14:editId="393E0749">
            <wp:simplePos x="0" y="0"/>
            <wp:positionH relativeFrom="column">
              <wp:posOffset>-655320</wp:posOffset>
            </wp:positionH>
            <wp:positionV relativeFrom="paragraph">
              <wp:posOffset>-510540</wp:posOffset>
            </wp:positionV>
            <wp:extent cx="1161049" cy="571500"/>
            <wp:effectExtent l="0" t="0" r="1270" b="0"/>
            <wp:wrapNone/>
            <wp:docPr id="9017380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38023" name="Image 901738023"/>
                    <pic:cNvPicPr/>
                  </pic:nvPicPr>
                  <pic:blipFill>
                    <a:blip r:embed="rId6"/>
                    <a:stretch>
                      <a:fillRect/>
                    </a:stretch>
                  </pic:blipFill>
                  <pic:spPr>
                    <a:xfrm>
                      <a:off x="0" y="0"/>
                      <a:ext cx="1161049" cy="571500"/>
                    </a:xfrm>
                    <a:prstGeom prst="rect">
                      <a:avLst/>
                    </a:prstGeom>
                  </pic:spPr>
                </pic:pic>
              </a:graphicData>
            </a:graphic>
            <wp14:sizeRelH relativeFrom="margin">
              <wp14:pctWidth>0</wp14:pctWidth>
            </wp14:sizeRelH>
            <wp14:sizeRelV relativeFrom="margin">
              <wp14:pctHeight>0</wp14:pctHeight>
            </wp14:sizeRelV>
          </wp:anchor>
        </w:drawing>
      </w:r>
      <w:r w:rsidRPr="006427F4">
        <w:rPr>
          <w:rFonts w:asciiTheme="majorHAnsi" w:hAnsiTheme="majorHAnsi" w:cstheme="majorHAnsi"/>
          <w:b/>
          <w:sz w:val="28"/>
          <w:szCs w:val="28"/>
        </w:rPr>
        <w:t>FICHE D’INSCRIPTION – ANNEE SCOLAIRE 2026/2027</w:t>
      </w:r>
    </w:p>
    <w:p w14:paraId="7B93795C" w14:textId="77777777" w:rsidR="00FD0106" w:rsidRDefault="00FD0106" w:rsidP="00FD0106">
      <w:pPr>
        <w:spacing w:after="0" w:line="240" w:lineRule="auto"/>
        <w:rPr>
          <w:rFonts w:asciiTheme="majorHAnsi" w:hAnsiTheme="majorHAnsi" w:cstheme="majorHAnsi"/>
          <w:b/>
        </w:rPr>
      </w:pPr>
    </w:p>
    <w:p w14:paraId="0ABF6440" w14:textId="66D45A27" w:rsidR="00FD0106" w:rsidRDefault="00FD0106" w:rsidP="00FD0106">
      <w:pPr>
        <w:spacing w:after="0" w:line="240" w:lineRule="auto"/>
        <w:rPr>
          <w:rFonts w:asciiTheme="majorHAnsi" w:hAnsiTheme="majorHAnsi" w:cstheme="majorHAnsi"/>
        </w:rPr>
      </w:pPr>
      <w:r w:rsidRPr="006427F4">
        <w:rPr>
          <w:rFonts w:asciiTheme="majorHAnsi" w:hAnsiTheme="majorHAnsi" w:cstheme="majorHAnsi"/>
          <w:b/>
        </w:rPr>
        <w:t>ENFANT</w:t>
      </w:r>
      <w:r w:rsidR="00000000" w:rsidRPr="006427F4">
        <w:rPr>
          <w:rFonts w:asciiTheme="majorHAnsi" w:hAnsiTheme="majorHAnsi" w:cstheme="majorHAnsi"/>
          <w:b/>
        </w:rPr>
        <w:br/>
      </w:r>
      <w:proofErr w:type="gramStart"/>
      <w:r w:rsidR="00000000" w:rsidRPr="006427F4">
        <w:rPr>
          <w:rFonts w:asciiTheme="majorHAnsi" w:hAnsiTheme="majorHAnsi" w:cstheme="majorHAnsi"/>
        </w:rPr>
        <w:t>Nom :</w:t>
      </w:r>
      <w:proofErr w:type="gramEnd"/>
      <w:r w:rsidR="00000000" w:rsidRPr="006427F4">
        <w:rPr>
          <w:rFonts w:asciiTheme="majorHAnsi" w:hAnsiTheme="majorHAnsi" w:cstheme="majorHAnsi"/>
        </w:rPr>
        <w:t xml:space="preserve"> ______________________    </w:t>
      </w:r>
      <w:r w:rsidR="006427F4" w:rsidRPr="006427F4">
        <w:rPr>
          <w:rFonts w:asciiTheme="majorHAnsi" w:hAnsiTheme="majorHAnsi" w:cstheme="majorHAnsi"/>
        </w:rPr>
        <w:tab/>
      </w:r>
      <w:r w:rsidR="006427F4" w:rsidRPr="006427F4">
        <w:rPr>
          <w:rFonts w:asciiTheme="majorHAnsi" w:hAnsiTheme="majorHAnsi" w:cstheme="majorHAnsi"/>
        </w:rPr>
        <w:tab/>
      </w:r>
      <w:r w:rsidR="006427F4" w:rsidRPr="006427F4">
        <w:rPr>
          <w:rFonts w:asciiTheme="majorHAnsi" w:hAnsiTheme="majorHAnsi" w:cstheme="majorHAnsi"/>
        </w:rPr>
        <w:tab/>
        <w:t>Prénom:</w:t>
      </w:r>
      <w:r w:rsidR="00000000" w:rsidRPr="006427F4">
        <w:rPr>
          <w:rFonts w:asciiTheme="majorHAnsi" w:hAnsiTheme="majorHAnsi" w:cstheme="majorHAnsi"/>
        </w:rPr>
        <w:t xml:space="preserve"> ______________________</w:t>
      </w:r>
      <w:r w:rsidR="00000000" w:rsidRPr="006427F4">
        <w:rPr>
          <w:rFonts w:asciiTheme="majorHAnsi" w:hAnsiTheme="majorHAnsi" w:cstheme="majorHAnsi"/>
        </w:rPr>
        <w:br/>
      </w:r>
      <w:r w:rsidR="006427F4" w:rsidRPr="006427F4">
        <w:rPr>
          <w:rFonts w:asciiTheme="majorHAnsi" w:hAnsiTheme="majorHAnsi" w:cstheme="majorHAnsi"/>
        </w:rPr>
        <w:t>Sexe:</w:t>
      </w:r>
      <w:r w:rsidR="00000000" w:rsidRPr="006427F4">
        <w:rPr>
          <w:rFonts w:asciiTheme="majorHAnsi" w:hAnsiTheme="majorHAnsi" w:cstheme="majorHAnsi"/>
        </w:rPr>
        <w:t xml:space="preserve"> </w:t>
      </w:r>
      <w:r w:rsidR="006427F4" w:rsidRPr="006427F4">
        <w:rPr>
          <w:rFonts w:asciiTheme="majorHAnsi" w:hAnsiTheme="majorHAnsi" w:cstheme="majorHAnsi"/>
        </w:rPr>
        <w:t xml:space="preserve">______________________    </w:t>
      </w:r>
      <w:r w:rsidR="006427F4" w:rsidRPr="006427F4">
        <w:rPr>
          <w:rFonts w:asciiTheme="majorHAnsi" w:hAnsiTheme="majorHAnsi" w:cstheme="majorHAnsi"/>
        </w:rPr>
        <w:tab/>
      </w:r>
      <w:r w:rsidR="006427F4" w:rsidRPr="006427F4">
        <w:rPr>
          <w:rFonts w:asciiTheme="majorHAnsi" w:hAnsiTheme="majorHAnsi" w:cstheme="majorHAnsi"/>
        </w:rPr>
        <w:tab/>
      </w:r>
      <w:r w:rsidR="006427F4" w:rsidRPr="006427F4">
        <w:rPr>
          <w:rFonts w:asciiTheme="majorHAnsi" w:hAnsiTheme="majorHAnsi" w:cstheme="majorHAnsi"/>
        </w:rPr>
        <w:tab/>
      </w:r>
      <w:r w:rsidR="00000000" w:rsidRPr="006427F4">
        <w:rPr>
          <w:rFonts w:asciiTheme="majorHAnsi" w:hAnsiTheme="majorHAnsi" w:cstheme="majorHAnsi"/>
        </w:rPr>
        <w:t xml:space="preserve">Date de </w:t>
      </w:r>
      <w:r w:rsidR="006427F4" w:rsidRPr="006427F4">
        <w:rPr>
          <w:rFonts w:asciiTheme="majorHAnsi" w:hAnsiTheme="majorHAnsi" w:cstheme="majorHAnsi"/>
        </w:rPr>
        <w:t>naissance: _</w:t>
      </w:r>
      <w:r w:rsidR="00000000" w:rsidRPr="006427F4">
        <w:rPr>
          <w:rFonts w:asciiTheme="majorHAnsi" w:hAnsiTheme="majorHAnsi" w:cstheme="majorHAnsi"/>
        </w:rPr>
        <w:t>___/____/_______</w:t>
      </w:r>
      <w:r w:rsidR="00000000" w:rsidRPr="006427F4">
        <w:rPr>
          <w:rFonts w:asciiTheme="majorHAnsi" w:hAnsiTheme="majorHAnsi" w:cstheme="majorHAnsi"/>
        </w:rPr>
        <w:br/>
        <w:t>École 2026-</w:t>
      </w:r>
      <w:r w:rsidR="006427F4" w:rsidRPr="006427F4">
        <w:rPr>
          <w:rFonts w:asciiTheme="majorHAnsi" w:hAnsiTheme="majorHAnsi" w:cstheme="majorHAnsi"/>
        </w:rPr>
        <w:t>2027:</w:t>
      </w:r>
      <w:r w:rsidR="00000000" w:rsidRPr="006427F4">
        <w:rPr>
          <w:rFonts w:asciiTheme="majorHAnsi" w:hAnsiTheme="majorHAnsi" w:cstheme="majorHAnsi"/>
        </w:rPr>
        <w:t xml:space="preserve"> _____________</w:t>
      </w:r>
      <w:r w:rsidR="006427F4" w:rsidRPr="006427F4">
        <w:rPr>
          <w:rFonts w:asciiTheme="majorHAnsi" w:hAnsiTheme="majorHAnsi" w:cstheme="majorHAnsi"/>
        </w:rPr>
        <w:tab/>
      </w:r>
      <w:r w:rsidR="006427F4">
        <w:rPr>
          <w:rFonts w:asciiTheme="majorHAnsi" w:hAnsiTheme="majorHAnsi" w:cstheme="majorHAnsi"/>
        </w:rPr>
        <w:tab/>
      </w:r>
      <w:r w:rsidR="006427F4">
        <w:rPr>
          <w:rFonts w:asciiTheme="majorHAnsi" w:hAnsiTheme="majorHAnsi" w:cstheme="majorHAnsi"/>
        </w:rPr>
        <w:tab/>
      </w:r>
      <w:r w:rsidR="006427F4" w:rsidRPr="006427F4">
        <w:rPr>
          <w:rFonts w:asciiTheme="majorHAnsi" w:hAnsiTheme="majorHAnsi" w:cstheme="majorHAnsi"/>
        </w:rPr>
        <w:t>Section:</w:t>
      </w:r>
      <w:r w:rsidR="00000000" w:rsidRPr="006427F4">
        <w:rPr>
          <w:rFonts w:asciiTheme="majorHAnsi" w:hAnsiTheme="majorHAnsi" w:cstheme="majorHAnsi"/>
        </w:rPr>
        <w:t xml:space="preserve"> ______________________</w:t>
      </w:r>
    </w:p>
    <w:p w14:paraId="713B269C" w14:textId="77777777" w:rsidR="00FD0106" w:rsidRDefault="00FD0106" w:rsidP="00FD0106">
      <w:pPr>
        <w:spacing w:after="0" w:line="240" w:lineRule="auto"/>
        <w:rPr>
          <w:rFonts w:asciiTheme="majorHAnsi" w:hAnsiTheme="majorHAnsi" w:cstheme="majorHAnsi"/>
          <w:b/>
        </w:rPr>
      </w:pPr>
    </w:p>
    <w:p w14:paraId="2D7E0ABA" w14:textId="14C1FE08" w:rsidR="00FD0106" w:rsidRDefault="00FD0106" w:rsidP="00FD0106">
      <w:pPr>
        <w:spacing w:after="0" w:line="240" w:lineRule="auto"/>
        <w:rPr>
          <w:rFonts w:cstheme="majorHAnsi"/>
          <w:bCs/>
        </w:rPr>
      </w:pPr>
      <w:r>
        <w:rPr>
          <w:rFonts w:asciiTheme="majorHAnsi" w:hAnsiTheme="majorHAnsi" w:cstheme="majorHAnsi"/>
          <w:b/>
        </w:rPr>
        <w:t>SITUATION DE L’</w:t>
      </w:r>
      <w:r w:rsidRPr="006427F4">
        <w:rPr>
          <w:rFonts w:asciiTheme="majorHAnsi" w:hAnsiTheme="majorHAnsi" w:cstheme="majorHAnsi"/>
          <w:b/>
        </w:rPr>
        <w:t>ENFAN</w:t>
      </w:r>
      <w:r>
        <w:rPr>
          <w:rFonts w:asciiTheme="majorHAnsi" w:hAnsiTheme="majorHAnsi" w:cstheme="majorHAnsi"/>
          <w:b/>
        </w:rPr>
        <w:t>T</w:t>
      </w:r>
    </w:p>
    <w:p w14:paraId="4ED0916A" w14:textId="12A70BD8"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Votre enfant est-il porteur de handicap nécessitant un aménagement particulier sur les temps périscolaires et/ou </w:t>
      </w:r>
      <w:r w:rsidR="00FD0106" w:rsidRPr="006427F4">
        <w:rPr>
          <w:rFonts w:asciiTheme="majorHAnsi" w:hAnsiTheme="majorHAnsi" w:cstheme="majorHAnsi"/>
        </w:rPr>
        <w:t>extrascolaires?</w:t>
      </w:r>
      <w:r w:rsidRPr="006427F4">
        <w:rPr>
          <w:rFonts w:asciiTheme="majorHAnsi" w:hAnsiTheme="majorHAnsi" w:cstheme="majorHAnsi"/>
        </w:rPr>
        <w:t xml:space="preserve">  </w:t>
      </w:r>
      <w:r w:rsidR="00FD0106">
        <w:rPr>
          <w:rFonts w:asciiTheme="majorHAnsi" w:hAnsiTheme="majorHAnsi" w:cstheme="majorHAnsi"/>
        </w:rPr>
        <w:tab/>
      </w:r>
      <w:r w:rsidRPr="006427F4">
        <w:rPr>
          <w:rFonts w:asciiTheme="majorHAnsi" w:hAnsiTheme="majorHAnsi" w:cstheme="majorHAnsi"/>
        </w:rPr>
        <w:t xml:space="preserve">□ Oui  </w:t>
      </w:r>
      <w:r w:rsidR="00FD0106">
        <w:rPr>
          <w:rFonts w:asciiTheme="majorHAnsi" w:hAnsiTheme="majorHAnsi" w:cstheme="majorHAnsi"/>
        </w:rPr>
        <w:tab/>
      </w:r>
      <w:r w:rsidR="00FD0106">
        <w:rPr>
          <w:rFonts w:asciiTheme="majorHAnsi" w:hAnsiTheme="majorHAnsi" w:cstheme="majorHAnsi"/>
        </w:rPr>
        <w:tab/>
      </w:r>
      <w:r w:rsidRPr="006427F4">
        <w:rPr>
          <w:rFonts w:asciiTheme="majorHAnsi" w:hAnsiTheme="majorHAnsi" w:cstheme="majorHAnsi"/>
        </w:rPr>
        <w:t>□ Non</w:t>
      </w:r>
    </w:p>
    <w:p w14:paraId="32677A22" w14:textId="149486AA"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Votre enfant bénéficie-t-il d'un </w:t>
      </w:r>
      <w:r w:rsidR="00FD0106" w:rsidRPr="006427F4">
        <w:rPr>
          <w:rFonts w:asciiTheme="majorHAnsi" w:hAnsiTheme="majorHAnsi" w:cstheme="majorHAnsi"/>
        </w:rPr>
        <w:t>PAI?</w:t>
      </w:r>
      <w:r w:rsidRPr="006427F4">
        <w:rPr>
          <w:rFonts w:asciiTheme="majorHAnsi" w:hAnsiTheme="majorHAnsi" w:cstheme="majorHAnsi"/>
        </w:rPr>
        <w:t xml:space="preserve">  </w:t>
      </w:r>
      <w:r w:rsidR="00FD0106">
        <w:rPr>
          <w:rFonts w:asciiTheme="majorHAnsi" w:hAnsiTheme="majorHAnsi" w:cstheme="majorHAnsi"/>
        </w:rPr>
        <w:tab/>
      </w:r>
      <w:r w:rsidR="00FD0106" w:rsidRPr="006427F4">
        <w:rPr>
          <w:rFonts w:asciiTheme="majorHAnsi" w:hAnsiTheme="majorHAnsi" w:cstheme="majorHAnsi"/>
        </w:rPr>
        <w:t xml:space="preserve">□ Oui  </w:t>
      </w:r>
      <w:r w:rsidR="00FD0106">
        <w:rPr>
          <w:rFonts w:asciiTheme="majorHAnsi" w:hAnsiTheme="majorHAnsi" w:cstheme="majorHAnsi"/>
        </w:rPr>
        <w:tab/>
      </w:r>
      <w:r w:rsidR="00FD0106">
        <w:rPr>
          <w:rFonts w:asciiTheme="majorHAnsi" w:hAnsiTheme="majorHAnsi" w:cstheme="majorHAnsi"/>
        </w:rPr>
        <w:tab/>
      </w:r>
      <w:r w:rsidR="00FD0106" w:rsidRPr="006427F4">
        <w:rPr>
          <w:rFonts w:asciiTheme="majorHAnsi" w:hAnsiTheme="majorHAnsi" w:cstheme="majorHAnsi"/>
        </w:rPr>
        <w:t>□ Non</w:t>
      </w:r>
    </w:p>
    <w:p w14:paraId="46C53009" w14:textId="306B8105"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Si oui, s’agit-il d’un PAI </w:t>
      </w:r>
      <w:r w:rsidR="00FD0106" w:rsidRPr="006427F4">
        <w:rPr>
          <w:rFonts w:asciiTheme="majorHAnsi" w:hAnsiTheme="majorHAnsi" w:cstheme="majorHAnsi"/>
        </w:rPr>
        <w:t>alimentaire?</w:t>
      </w:r>
      <w:r w:rsidRPr="006427F4">
        <w:rPr>
          <w:rFonts w:asciiTheme="majorHAnsi" w:hAnsiTheme="majorHAnsi" w:cstheme="majorHAnsi"/>
        </w:rPr>
        <w:t xml:space="preserve">  </w:t>
      </w:r>
      <w:r w:rsidR="00FD0106">
        <w:rPr>
          <w:rFonts w:asciiTheme="majorHAnsi" w:hAnsiTheme="majorHAnsi" w:cstheme="majorHAnsi"/>
        </w:rPr>
        <w:tab/>
      </w:r>
      <w:r w:rsidR="00FD0106" w:rsidRPr="006427F4">
        <w:rPr>
          <w:rFonts w:asciiTheme="majorHAnsi" w:hAnsiTheme="majorHAnsi" w:cstheme="majorHAnsi"/>
        </w:rPr>
        <w:t xml:space="preserve">□ Oui  </w:t>
      </w:r>
      <w:r w:rsidR="00FD0106">
        <w:rPr>
          <w:rFonts w:asciiTheme="majorHAnsi" w:hAnsiTheme="majorHAnsi" w:cstheme="majorHAnsi"/>
        </w:rPr>
        <w:tab/>
      </w:r>
      <w:r w:rsidR="00FD0106">
        <w:rPr>
          <w:rFonts w:asciiTheme="majorHAnsi" w:hAnsiTheme="majorHAnsi" w:cstheme="majorHAnsi"/>
        </w:rPr>
        <w:tab/>
      </w:r>
      <w:r w:rsidR="00FD0106" w:rsidRPr="006427F4">
        <w:rPr>
          <w:rFonts w:asciiTheme="majorHAnsi" w:hAnsiTheme="majorHAnsi" w:cstheme="majorHAnsi"/>
        </w:rPr>
        <w:t>□ Non</w:t>
      </w:r>
    </w:p>
    <w:p w14:paraId="15D0A044" w14:textId="07270416"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Votre enfant bénéficie-t-il d'un PPS ? </w:t>
      </w:r>
      <w:r w:rsidR="00FD0106">
        <w:rPr>
          <w:rFonts w:asciiTheme="majorHAnsi" w:hAnsiTheme="majorHAnsi" w:cstheme="majorHAnsi"/>
        </w:rPr>
        <w:tab/>
      </w:r>
      <w:r w:rsidR="00FD0106" w:rsidRPr="006427F4">
        <w:rPr>
          <w:rFonts w:asciiTheme="majorHAnsi" w:hAnsiTheme="majorHAnsi" w:cstheme="majorHAnsi"/>
        </w:rPr>
        <w:t xml:space="preserve">□ Oui  </w:t>
      </w:r>
      <w:r w:rsidR="00FD0106">
        <w:rPr>
          <w:rFonts w:asciiTheme="majorHAnsi" w:hAnsiTheme="majorHAnsi" w:cstheme="majorHAnsi"/>
        </w:rPr>
        <w:tab/>
      </w:r>
      <w:r w:rsidR="00FD0106">
        <w:rPr>
          <w:rFonts w:asciiTheme="majorHAnsi" w:hAnsiTheme="majorHAnsi" w:cstheme="majorHAnsi"/>
        </w:rPr>
        <w:tab/>
      </w:r>
      <w:r w:rsidR="00FD0106" w:rsidRPr="006427F4">
        <w:rPr>
          <w:rFonts w:asciiTheme="majorHAnsi" w:hAnsiTheme="majorHAnsi" w:cstheme="majorHAnsi"/>
        </w:rPr>
        <w:t>□ Non</w:t>
      </w:r>
    </w:p>
    <w:p w14:paraId="7FA0FFC1" w14:textId="46CA4EAA" w:rsidR="00195054" w:rsidRDefault="00000000" w:rsidP="00FD0106">
      <w:pPr>
        <w:spacing w:after="0" w:line="240" w:lineRule="auto"/>
        <w:rPr>
          <w:rFonts w:asciiTheme="majorHAnsi" w:hAnsiTheme="majorHAnsi" w:cstheme="majorHAnsi"/>
        </w:rPr>
      </w:pPr>
      <w:r w:rsidRPr="006427F4">
        <w:rPr>
          <w:rFonts w:asciiTheme="majorHAnsi" w:hAnsiTheme="majorHAnsi" w:cstheme="majorHAnsi"/>
        </w:rPr>
        <w:t>Si oui</w:t>
      </w:r>
      <w:r w:rsidR="006427F4" w:rsidRPr="006427F4">
        <w:rPr>
          <w:rFonts w:asciiTheme="majorHAnsi" w:hAnsiTheme="majorHAnsi" w:cstheme="majorHAnsi"/>
        </w:rPr>
        <w:t xml:space="preserve"> à l’une de ces questions</w:t>
      </w:r>
      <w:r w:rsidRPr="006427F4">
        <w:rPr>
          <w:rFonts w:asciiTheme="majorHAnsi" w:hAnsiTheme="majorHAnsi" w:cstheme="majorHAnsi"/>
        </w:rPr>
        <w:t xml:space="preserve">, un rendez-vous avec la direction </w:t>
      </w:r>
      <w:r w:rsidR="006427F4" w:rsidRPr="006427F4">
        <w:rPr>
          <w:rFonts w:asciiTheme="majorHAnsi" w:hAnsiTheme="majorHAnsi" w:cstheme="majorHAnsi"/>
        </w:rPr>
        <w:t>vous sera proposé pour accueillir au mieux votre enfant.</w:t>
      </w:r>
    </w:p>
    <w:p w14:paraId="19456F5C" w14:textId="77777777" w:rsidR="00FD0106" w:rsidRDefault="00FD0106" w:rsidP="00FD0106">
      <w:pPr>
        <w:spacing w:after="0" w:line="240" w:lineRule="auto"/>
        <w:rPr>
          <w:rFonts w:asciiTheme="majorHAnsi" w:hAnsiTheme="majorHAnsi" w:cstheme="majorHAnsi"/>
        </w:rPr>
      </w:pPr>
    </w:p>
    <w:p w14:paraId="5E809203" w14:textId="14A3BDA9" w:rsidR="00195054" w:rsidRPr="00FD0106" w:rsidRDefault="00FD0106" w:rsidP="00FD0106">
      <w:pPr>
        <w:spacing w:after="0" w:line="240" w:lineRule="auto"/>
        <w:rPr>
          <w:rFonts w:asciiTheme="majorHAnsi" w:hAnsiTheme="majorHAnsi" w:cstheme="majorHAnsi"/>
          <w:b/>
        </w:rPr>
      </w:pPr>
      <w:r w:rsidRPr="00FD0106">
        <w:rPr>
          <w:rFonts w:asciiTheme="majorHAnsi" w:hAnsiTheme="majorHAnsi" w:cstheme="majorHAnsi"/>
          <w:b/>
        </w:rPr>
        <w:t>INFORMATIONS CAF/MSA</w:t>
      </w:r>
    </w:p>
    <w:tbl>
      <w:tblPr>
        <w:tblStyle w:val="Grilledutableau"/>
        <w:tblW w:w="0" w:type="auto"/>
        <w:tblLook w:val="04A0" w:firstRow="1" w:lastRow="0" w:firstColumn="1" w:lastColumn="0" w:noHBand="0" w:noVBand="1"/>
      </w:tblPr>
      <w:tblGrid>
        <w:gridCol w:w="2160"/>
        <w:gridCol w:w="2160"/>
        <w:gridCol w:w="2160"/>
        <w:gridCol w:w="2160"/>
      </w:tblGrid>
      <w:tr w:rsidR="00195054" w:rsidRPr="006427F4" w14:paraId="72B33EF0" w14:textId="77777777">
        <w:tc>
          <w:tcPr>
            <w:tcW w:w="2160" w:type="dxa"/>
          </w:tcPr>
          <w:p w14:paraId="056E6385" w14:textId="7A553404" w:rsidR="00195054" w:rsidRPr="006427F4" w:rsidRDefault="00FD0106" w:rsidP="00FD0106">
            <w:pPr>
              <w:rPr>
                <w:rFonts w:asciiTheme="majorHAnsi" w:hAnsiTheme="majorHAnsi" w:cstheme="majorHAnsi"/>
              </w:rPr>
            </w:pPr>
            <w:r>
              <w:rPr>
                <w:rFonts w:asciiTheme="majorHAnsi" w:hAnsiTheme="majorHAnsi" w:cstheme="majorHAnsi"/>
              </w:rPr>
              <w:t>DEPARTEMENT</w:t>
            </w:r>
          </w:p>
        </w:tc>
        <w:tc>
          <w:tcPr>
            <w:tcW w:w="2160" w:type="dxa"/>
          </w:tcPr>
          <w:p w14:paraId="76ECA467" w14:textId="07E733AD"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N° </w:t>
            </w:r>
            <w:r w:rsidR="00FD0106">
              <w:rPr>
                <w:rFonts w:asciiTheme="majorHAnsi" w:hAnsiTheme="majorHAnsi" w:cstheme="majorHAnsi"/>
              </w:rPr>
              <w:t>ALLOCATAIRE</w:t>
            </w:r>
          </w:p>
        </w:tc>
        <w:tc>
          <w:tcPr>
            <w:tcW w:w="2160" w:type="dxa"/>
          </w:tcPr>
          <w:p w14:paraId="6F6C015F"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Régime</w:t>
            </w:r>
          </w:p>
        </w:tc>
        <w:tc>
          <w:tcPr>
            <w:tcW w:w="2160" w:type="dxa"/>
          </w:tcPr>
          <w:p w14:paraId="1D7D8064"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Quotient familial</w:t>
            </w:r>
          </w:p>
        </w:tc>
      </w:tr>
      <w:tr w:rsidR="00195054" w:rsidRPr="006427F4" w14:paraId="110F49D2" w14:textId="77777777">
        <w:tc>
          <w:tcPr>
            <w:tcW w:w="2160" w:type="dxa"/>
          </w:tcPr>
          <w:p w14:paraId="61826962"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c>
          <w:tcPr>
            <w:tcW w:w="2160" w:type="dxa"/>
          </w:tcPr>
          <w:p w14:paraId="6311B987"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c>
          <w:tcPr>
            <w:tcW w:w="2160" w:type="dxa"/>
          </w:tcPr>
          <w:p w14:paraId="3A076395"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c>
          <w:tcPr>
            <w:tcW w:w="2160" w:type="dxa"/>
          </w:tcPr>
          <w:p w14:paraId="4884286A"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bl>
    <w:p w14:paraId="128FB291" w14:textId="75F82F09" w:rsidR="00195054" w:rsidRPr="00FD0106" w:rsidRDefault="00000000" w:rsidP="00FD0106">
      <w:pPr>
        <w:spacing w:after="0" w:line="240" w:lineRule="auto"/>
        <w:rPr>
          <w:rFonts w:asciiTheme="majorHAnsi" w:hAnsiTheme="majorHAnsi" w:cstheme="majorHAnsi"/>
          <w:b/>
          <w:bCs/>
          <w:color w:val="EE0000"/>
        </w:rPr>
      </w:pPr>
      <w:r w:rsidRPr="00FD0106">
        <w:rPr>
          <w:rFonts w:asciiTheme="majorHAnsi" w:hAnsiTheme="majorHAnsi" w:cstheme="majorHAnsi"/>
          <w:b/>
          <w:bCs/>
          <w:color w:val="EE0000"/>
        </w:rPr>
        <w:t>Joindre l'attestation CAF</w:t>
      </w:r>
      <w:r w:rsidR="00FD0106" w:rsidRPr="00FD0106">
        <w:rPr>
          <w:rFonts w:asciiTheme="majorHAnsi" w:hAnsiTheme="majorHAnsi" w:cstheme="majorHAnsi"/>
          <w:b/>
          <w:bCs/>
          <w:color w:val="EE0000"/>
        </w:rPr>
        <w:t>/MSA</w:t>
      </w:r>
      <w:r w:rsidRPr="00FD0106">
        <w:rPr>
          <w:rFonts w:asciiTheme="majorHAnsi" w:hAnsiTheme="majorHAnsi" w:cstheme="majorHAnsi"/>
          <w:b/>
          <w:bCs/>
          <w:color w:val="EE0000"/>
        </w:rPr>
        <w:t xml:space="preserve"> précisant le quotient familial d'avril 2026 ou</w:t>
      </w:r>
      <w:r w:rsidR="00FD0106" w:rsidRPr="00FD0106">
        <w:rPr>
          <w:rFonts w:asciiTheme="majorHAnsi" w:hAnsiTheme="majorHAnsi" w:cstheme="majorHAnsi"/>
          <w:b/>
          <w:bCs/>
          <w:color w:val="EE0000"/>
        </w:rPr>
        <w:t xml:space="preserve"> à défaut,</w:t>
      </w:r>
      <w:r w:rsidRPr="00FD0106">
        <w:rPr>
          <w:rFonts w:asciiTheme="majorHAnsi" w:hAnsiTheme="majorHAnsi" w:cstheme="majorHAnsi"/>
          <w:b/>
          <w:bCs/>
          <w:color w:val="EE0000"/>
        </w:rPr>
        <w:t xml:space="preserve"> l'avis d'imposition 2025 sur les revenus 2024.</w:t>
      </w:r>
    </w:p>
    <w:p w14:paraId="7B211AE0" w14:textId="77777777" w:rsidR="00FD0106" w:rsidRDefault="00FD0106" w:rsidP="00FD0106">
      <w:pPr>
        <w:spacing w:after="0" w:line="240" w:lineRule="auto"/>
        <w:rPr>
          <w:rFonts w:asciiTheme="majorHAnsi" w:hAnsiTheme="majorHAnsi" w:cstheme="majorHAnsi"/>
        </w:rPr>
      </w:pPr>
    </w:p>
    <w:p w14:paraId="2DC21DC6" w14:textId="67796BCF" w:rsidR="00195054" w:rsidRPr="00FD0106" w:rsidRDefault="00FD0106" w:rsidP="00FD0106">
      <w:pPr>
        <w:spacing w:after="0" w:line="240" w:lineRule="auto"/>
        <w:rPr>
          <w:rFonts w:asciiTheme="majorHAnsi" w:hAnsiTheme="majorHAnsi" w:cstheme="majorHAnsi"/>
          <w:b/>
        </w:rPr>
      </w:pPr>
      <w:r w:rsidRPr="00FD0106">
        <w:rPr>
          <w:rFonts w:asciiTheme="majorHAnsi" w:hAnsiTheme="majorHAnsi" w:cstheme="majorHAnsi"/>
          <w:b/>
        </w:rPr>
        <w:t>ASSURANCE</w:t>
      </w:r>
    </w:p>
    <w:tbl>
      <w:tblPr>
        <w:tblStyle w:val="Grilledutableau"/>
        <w:tblW w:w="0" w:type="auto"/>
        <w:tblLook w:val="04A0" w:firstRow="1" w:lastRow="0" w:firstColumn="1" w:lastColumn="0" w:noHBand="0" w:noVBand="1"/>
      </w:tblPr>
      <w:tblGrid>
        <w:gridCol w:w="5211"/>
        <w:gridCol w:w="3544"/>
      </w:tblGrid>
      <w:tr w:rsidR="00FD0106" w:rsidRPr="006427F4" w14:paraId="4B408F18" w14:textId="77777777" w:rsidTr="00FD0106">
        <w:tc>
          <w:tcPr>
            <w:tcW w:w="5211" w:type="dxa"/>
          </w:tcPr>
          <w:p w14:paraId="0AFCF825" w14:textId="77777777" w:rsidR="00FD0106" w:rsidRPr="006427F4" w:rsidRDefault="00FD0106" w:rsidP="00FD0106">
            <w:pPr>
              <w:jc w:val="center"/>
              <w:rPr>
                <w:rFonts w:asciiTheme="majorHAnsi" w:hAnsiTheme="majorHAnsi" w:cstheme="majorHAnsi"/>
              </w:rPr>
            </w:pPr>
            <w:r w:rsidRPr="006427F4">
              <w:rPr>
                <w:rFonts w:asciiTheme="majorHAnsi" w:hAnsiTheme="majorHAnsi" w:cstheme="majorHAnsi"/>
              </w:rPr>
              <w:t>Nom de l'assurance</w:t>
            </w:r>
          </w:p>
        </w:tc>
        <w:tc>
          <w:tcPr>
            <w:tcW w:w="3544" w:type="dxa"/>
          </w:tcPr>
          <w:p w14:paraId="25C8544C" w14:textId="77777777" w:rsidR="00FD0106" w:rsidRPr="006427F4" w:rsidRDefault="00FD0106" w:rsidP="00FD0106">
            <w:pPr>
              <w:jc w:val="center"/>
              <w:rPr>
                <w:rFonts w:asciiTheme="majorHAnsi" w:hAnsiTheme="majorHAnsi" w:cstheme="majorHAnsi"/>
              </w:rPr>
            </w:pPr>
            <w:r w:rsidRPr="006427F4">
              <w:rPr>
                <w:rFonts w:asciiTheme="majorHAnsi" w:hAnsiTheme="majorHAnsi" w:cstheme="majorHAnsi"/>
              </w:rPr>
              <w:t>N° contrat</w:t>
            </w:r>
          </w:p>
        </w:tc>
      </w:tr>
      <w:tr w:rsidR="00FD0106" w:rsidRPr="006427F4" w14:paraId="125F4B4C" w14:textId="77777777" w:rsidTr="00FD0106">
        <w:tc>
          <w:tcPr>
            <w:tcW w:w="5211" w:type="dxa"/>
          </w:tcPr>
          <w:p w14:paraId="06BE5FA4" w14:textId="77777777" w:rsidR="00FD0106" w:rsidRPr="006427F4" w:rsidRDefault="00FD0106" w:rsidP="00FD0106">
            <w:pPr>
              <w:rPr>
                <w:rFonts w:asciiTheme="majorHAnsi" w:hAnsiTheme="majorHAnsi" w:cstheme="majorHAnsi"/>
              </w:rPr>
            </w:pPr>
            <w:r w:rsidRPr="006427F4">
              <w:rPr>
                <w:rFonts w:asciiTheme="majorHAnsi" w:hAnsiTheme="majorHAnsi" w:cstheme="majorHAnsi"/>
              </w:rPr>
              <w:t xml:space="preserve"> </w:t>
            </w:r>
          </w:p>
        </w:tc>
        <w:tc>
          <w:tcPr>
            <w:tcW w:w="3544" w:type="dxa"/>
          </w:tcPr>
          <w:p w14:paraId="5067DAD6" w14:textId="77777777" w:rsidR="00FD0106" w:rsidRPr="006427F4" w:rsidRDefault="00FD0106" w:rsidP="00FD0106">
            <w:pPr>
              <w:rPr>
                <w:rFonts w:asciiTheme="majorHAnsi" w:hAnsiTheme="majorHAnsi" w:cstheme="majorHAnsi"/>
              </w:rPr>
            </w:pPr>
            <w:r w:rsidRPr="006427F4">
              <w:rPr>
                <w:rFonts w:asciiTheme="majorHAnsi" w:hAnsiTheme="majorHAnsi" w:cstheme="majorHAnsi"/>
              </w:rPr>
              <w:t xml:space="preserve"> </w:t>
            </w:r>
          </w:p>
        </w:tc>
      </w:tr>
      <w:tr w:rsidR="00FD0106" w:rsidRPr="006427F4" w14:paraId="3199C702" w14:textId="77777777" w:rsidTr="00FD0106">
        <w:tc>
          <w:tcPr>
            <w:tcW w:w="5211" w:type="dxa"/>
          </w:tcPr>
          <w:p w14:paraId="2EF40FC9" w14:textId="1AB126A1" w:rsidR="00FD0106" w:rsidRPr="006427F4" w:rsidRDefault="00FD0106" w:rsidP="00FD0106">
            <w:pPr>
              <w:jc w:val="center"/>
              <w:rPr>
                <w:rFonts w:asciiTheme="majorHAnsi" w:hAnsiTheme="majorHAnsi" w:cstheme="majorHAnsi"/>
              </w:rPr>
            </w:pPr>
            <w:r w:rsidRPr="006427F4">
              <w:rPr>
                <w:rFonts w:asciiTheme="majorHAnsi" w:hAnsiTheme="majorHAnsi" w:cstheme="majorHAnsi"/>
              </w:rPr>
              <w:t>Date début</w:t>
            </w:r>
          </w:p>
        </w:tc>
        <w:tc>
          <w:tcPr>
            <w:tcW w:w="3544" w:type="dxa"/>
          </w:tcPr>
          <w:p w14:paraId="640E4E56" w14:textId="1923B12E" w:rsidR="00FD0106" w:rsidRPr="006427F4" w:rsidRDefault="00FD0106" w:rsidP="00FD0106">
            <w:pPr>
              <w:jc w:val="center"/>
              <w:rPr>
                <w:rFonts w:asciiTheme="majorHAnsi" w:hAnsiTheme="majorHAnsi" w:cstheme="majorHAnsi"/>
              </w:rPr>
            </w:pPr>
            <w:r w:rsidRPr="006427F4">
              <w:rPr>
                <w:rFonts w:asciiTheme="majorHAnsi" w:hAnsiTheme="majorHAnsi" w:cstheme="majorHAnsi"/>
              </w:rPr>
              <w:t>Date fin</w:t>
            </w:r>
          </w:p>
        </w:tc>
      </w:tr>
      <w:tr w:rsidR="00FD0106" w:rsidRPr="006427F4" w14:paraId="1F80D91C" w14:textId="77777777" w:rsidTr="00FD0106">
        <w:tc>
          <w:tcPr>
            <w:tcW w:w="5211" w:type="dxa"/>
          </w:tcPr>
          <w:p w14:paraId="2AA08D71" w14:textId="77777777" w:rsidR="00FD0106" w:rsidRPr="006427F4" w:rsidRDefault="00FD0106" w:rsidP="00FD0106">
            <w:pPr>
              <w:rPr>
                <w:rFonts w:asciiTheme="majorHAnsi" w:hAnsiTheme="majorHAnsi" w:cstheme="majorHAnsi"/>
              </w:rPr>
            </w:pPr>
          </w:p>
        </w:tc>
        <w:tc>
          <w:tcPr>
            <w:tcW w:w="3544" w:type="dxa"/>
          </w:tcPr>
          <w:p w14:paraId="6C5EEBC9" w14:textId="77777777" w:rsidR="00FD0106" w:rsidRPr="006427F4" w:rsidRDefault="00FD0106" w:rsidP="00FD0106">
            <w:pPr>
              <w:rPr>
                <w:rFonts w:asciiTheme="majorHAnsi" w:hAnsiTheme="majorHAnsi" w:cstheme="majorHAnsi"/>
              </w:rPr>
            </w:pPr>
          </w:p>
        </w:tc>
      </w:tr>
    </w:tbl>
    <w:p w14:paraId="25347F85" w14:textId="77777777" w:rsidR="00FD0106" w:rsidRDefault="00FD0106" w:rsidP="00FD0106">
      <w:pPr>
        <w:spacing w:after="0" w:line="240" w:lineRule="auto"/>
        <w:rPr>
          <w:rFonts w:asciiTheme="majorHAnsi" w:hAnsiTheme="majorHAnsi" w:cstheme="majorHAnsi"/>
          <w:b/>
        </w:rPr>
      </w:pPr>
    </w:p>
    <w:p w14:paraId="008CEE9C" w14:textId="25902051" w:rsidR="00FD0106" w:rsidRPr="00FD0106" w:rsidRDefault="00FD0106" w:rsidP="00FD0106">
      <w:pPr>
        <w:spacing w:after="0" w:line="240" w:lineRule="auto"/>
        <w:rPr>
          <w:rFonts w:asciiTheme="majorHAnsi" w:hAnsiTheme="majorHAnsi" w:cstheme="majorHAnsi"/>
          <w:b/>
        </w:rPr>
      </w:pPr>
      <w:r w:rsidRPr="00FD0106">
        <w:rPr>
          <w:rFonts w:asciiTheme="majorHAnsi" w:hAnsiTheme="majorHAnsi" w:cstheme="majorHAnsi"/>
          <w:b/>
        </w:rPr>
        <w:t>AUTORISATIONS</w:t>
      </w:r>
    </w:p>
    <w:p w14:paraId="42D2D702" w14:textId="4279E583"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Autorise les accueils de loisirs à filmer et photographier mon </w:t>
      </w:r>
      <w:r w:rsidR="00FD0106" w:rsidRPr="006427F4">
        <w:rPr>
          <w:rFonts w:asciiTheme="majorHAnsi" w:hAnsiTheme="majorHAnsi" w:cstheme="majorHAnsi"/>
        </w:rPr>
        <w:t>enfant:</w:t>
      </w:r>
      <w:r w:rsidRPr="006427F4">
        <w:rPr>
          <w:rFonts w:asciiTheme="majorHAnsi" w:hAnsiTheme="majorHAnsi" w:cstheme="majorHAnsi"/>
        </w:rPr>
        <w:t xml:space="preserve"> </w:t>
      </w:r>
      <w:r w:rsidR="00FD0106">
        <w:rPr>
          <w:rFonts w:asciiTheme="majorHAnsi" w:hAnsiTheme="majorHAnsi" w:cstheme="majorHAnsi"/>
        </w:rPr>
        <w:tab/>
      </w:r>
      <w:r w:rsidRPr="006427F4">
        <w:rPr>
          <w:rFonts w:asciiTheme="majorHAnsi" w:hAnsiTheme="majorHAnsi" w:cstheme="majorHAnsi"/>
        </w:rPr>
        <w:t xml:space="preserve">□ Oui </w:t>
      </w:r>
      <w:r w:rsidR="00FD0106">
        <w:rPr>
          <w:rFonts w:asciiTheme="majorHAnsi" w:hAnsiTheme="majorHAnsi" w:cstheme="majorHAnsi"/>
        </w:rPr>
        <w:tab/>
      </w:r>
      <w:r w:rsidRPr="006427F4">
        <w:rPr>
          <w:rFonts w:asciiTheme="majorHAnsi" w:hAnsiTheme="majorHAnsi" w:cstheme="majorHAnsi"/>
        </w:rPr>
        <w:t>□ Non</w:t>
      </w:r>
    </w:p>
    <w:p w14:paraId="2D8F465D" w14:textId="5431BB1A"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Autorise les accueils de loisirs à transporter mon enfant lors des sorties : □ Oui </w:t>
      </w:r>
      <w:r w:rsidR="00FD0106">
        <w:rPr>
          <w:rFonts w:asciiTheme="majorHAnsi" w:hAnsiTheme="majorHAnsi" w:cstheme="majorHAnsi"/>
        </w:rPr>
        <w:tab/>
      </w:r>
      <w:r w:rsidRPr="006427F4">
        <w:rPr>
          <w:rFonts w:asciiTheme="majorHAnsi" w:hAnsiTheme="majorHAnsi" w:cstheme="majorHAnsi"/>
        </w:rPr>
        <w:t>□ Non</w:t>
      </w:r>
    </w:p>
    <w:p w14:paraId="6C8B2112" w14:textId="6B9AFF39"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Autorise mon enfant à rentrer </w:t>
      </w:r>
      <w:r w:rsidR="00FD0106" w:rsidRPr="006427F4">
        <w:rPr>
          <w:rFonts w:asciiTheme="majorHAnsi" w:hAnsiTheme="majorHAnsi" w:cstheme="majorHAnsi"/>
        </w:rPr>
        <w:t>seul:</w:t>
      </w:r>
      <w:r w:rsidRPr="006427F4">
        <w:rPr>
          <w:rFonts w:asciiTheme="majorHAnsi" w:hAnsiTheme="majorHAnsi" w:cstheme="majorHAnsi"/>
        </w:rPr>
        <w:t xml:space="preserve"> </w:t>
      </w:r>
      <w:r w:rsidR="00FD0106">
        <w:rPr>
          <w:rFonts w:asciiTheme="majorHAnsi" w:hAnsiTheme="majorHAnsi" w:cstheme="majorHAnsi"/>
        </w:rPr>
        <w:tab/>
      </w:r>
      <w:r w:rsidRPr="006427F4">
        <w:rPr>
          <w:rFonts w:asciiTheme="majorHAnsi" w:hAnsiTheme="majorHAnsi" w:cstheme="majorHAnsi"/>
        </w:rPr>
        <w:t xml:space="preserve">□ Oui </w:t>
      </w:r>
      <w:r w:rsidR="00FD0106">
        <w:rPr>
          <w:rFonts w:asciiTheme="majorHAnsi" w:hAnsiTheme="majorHAnsi" w:cstheme="majorHAnsi"/>
        </w:rPr>
        <w:tab/>
      </w:r>
      <w:r w:rsidRPr="006427F4">
        <w:rPr>
          <w:rFonts w:asciiTheme="majorHAnsi" w:hAnsiTheme="majorHAnsi" w:cstheme="majorHAnsi"/>
        </w:rPr>
        <w:t>□ Non</w:t>
      </w:r>
    </w:p>
    <w:p w14:paraId="6A5C5399" w14:textId="77777777" w:rsidR="00FD0106" w:rsidRPr="00FD0106" w:rsidRDefault="00FD0106" w:rsidP="00FD0106">
      <w:pPr>
        <w:spacing w:after="0" w:line="240" w:lineRule="auto"/>
        <w:rPr>
          <w:rFonts w:asciiTheme="majorHAnsi" w:hAnsiTheme="majorHAnsi" w:cstheme="majorHAnsi"/>
          <w:i/>
          <w:iCs/>
        </w:rPr>
      </w:pPr>
      <w:r w:rsidRPr="00FD0106">
        <w:rPr>
          <w:rFonts w:asciiTheme="majorHAnsi" w:hAnsiTheme="majorHAnsi" w:cstheme="majorHAnsi"/>
          <w:i/>
          <w:iCs/>
        </w:rPr>
        <w:t xml:space="preserve">Pour les </w:t>
      </w:r>
      <w:r w:rsidR="00000000" w:rsidRPr="00FD0106">
        <w:rPr>
          <w:rFonts w:asciiTheme="majorHAnsi" w:hAnsiTheme="majorHAnsi" w:cstheme="majorHAnsi"/>
          <w:i/>
          <w:iCs/>
        </w:rPr>
        <w:t xml:space="preserve">CM2 </w:t>
      </w:r>
      <w:r w:rsidRPr="00FD0106">
        <w:rPr>
          <w:rFonts w:asciiTheme="majorHAnsi" w:hAnsiTheme="majorHAnsi" w:cstheme="majorHAnsi"/>
          <w:i/>
          <w:iCs/>
        </w:rPr>
        <w:t>uniquement:</w:t>
      </w:r>
      <w:r w:rsidR="00000000" w:rsidRPr="00FD0106">
        <w:rPr>
          <w:rFonts w:asciiTheme="majorHAnsi" w:hAnsiTheme="majorHAnsi" w:cstheme="majorHAnsi"/>
          <w:i/>
          <w:iCs/>
        </w:rPr>
        <w:t xml:space="preserve"> </w:t>
      </w:r>
    </w:p>
    <w:p w14:paraId="30808DBA" w14:textId="19FC0C14" w:rsidR="00195054" w:rsidRPr="006427F4" w:rsidRDefault="00FD0106" w:rsidP="00FD0106">
      <w:pPr>
        <w:spacing w:after="0" w:line="240" w:lineRule="auto"/>
        <w:rPr>
          <w:rFonts w:asciiTheme="majorHAnsi" w:hAnsiTheme="majorHAnsi" w:cstheme="majorHAnsi"/>
        </w:rPr>
      </w:pPr>
      <w:r>
        <w:rPr>
          <w:rFonts w:asciiTheme="majorHAnsi" w:hAnsiTheme="majorHAnsi" w:cstheme="majorHAnsi"/>
        </w:rPr>
        <w:t>A</w:t>
      </w:r>
      <w:r w:rsidR="00000000" w:rsidRPr="006427F4">
        <w:rPr>
          <w:rFonts w:asciiTheme="majorHAnsi" w:hAnsiTheme="majorHAnsi" w:cstheme="majorHAnsi"/>
        </w:rPr>
        <w:t xml:space="preserve">utorise la transmission de mon adresse mail au SIVOM du Val </w:t>
      </w:r>
      <w:proofErr w:type="gramStart"/>
      <w:r w:rsidR="00000000" w:rsidRPr="006427F4">
        <w:rPr>
          <w:rFonts w:asciiTheme="majorHAnsi" w:hAnsiTheme="majorHAnsi" w:cstheme="majorHAnsi"/>
        </w:rPr>
        <w:t>d’Hyères :</w:t>
      </w:r>
      <w:proofErr w:type="gramEnd"/>
      <w:r w:rsidR="00000000" w:rsidRPr="006427F4">
        <w:rPr>
          <w:rFonts w:asciiTheme="majorHAnsi" w:hAnsiTheme="majorHAnsi" w:cstheme="majorHAnsi"/>
        </w:rPr>
        <w:t xml:space="preserve"> □ Oui </w:t>
      </w:r>
      <w:r>
        <w:rPr>
          <w:rFonts w:asciiTheme="majorHAnsi" w:hAnsiTheme="majorHAnsi" w:cstheme="majorHAnsi"/>
        </w:rPr>
        <w:tab/>
      </w:r>
      <w:r w:rsidR="00000000" w:rsidRPr="006427F4">
        <w:rPr>
          <w:rFonts w:asciiTheme="majorHAnsi" w:hAnsiTheme="majorHAnsi" w:cstheme="majorHAnsi"/>
        </w:rPr>
        <w:t>□ Non</w:t>
      </w:r>
    </w:p>
    <w:p w14:paraId="576DF53F" w14:textId="77777777" w:rsidR="00FD0106" w:rsidRDefault="00FD0106" w:rsidP="00FD0106">
      <w:pPr>
        <w:pStyle w:val="Titre2"/>
        <w:spacing w:before="0" w:line="240" w:lineRule="auto"/>
        <w:rPr>
          <w:rFonts w:cstheme="majorHAnsi"/>
          <w:sz w:val="22"/>
          <w:szCs w:val="22"/>
        </w:rPr>
      </w:pPr>
    </w:p>
    <w:p w14:paraId="068417E6" w14:textId="7CE4685E" w:rsidR="00FD0106" w:rsidRPr="00FD0106" w:rsidRDefault="00FD0106" w:rsidP="00FD0106">
      <w:pPr>
        <w:spacing w:after="0" w:line="240" w:lineRule="auto"/>
        <w:rPr>
          <w:rFonts w:asciiTheme="majorHAnsi" w:hAnsiTheme="majorHAnsi" w:cstheme="majorHAnsi"/>
          <w:b/>
        </w:rPr>
      </w:pPr>
      <w:r w:rsidRPr="00FD0106">
        <w:rPr>
          <w:rFonts w:asciiTheme="majorHAnsi" w:hAnsiTheme="majorHAnsi" w:cstheme="majorHAnsi"/>
          <w:b/>
        </w:rPr>
        <w:t>CONTACTS</w:t>
      </w:r>
    </w:p>
    <w:p w14:paraId="29576A89" w14:textId="723B1D9D" w:rsidR="00FD0106" w:rsidRDefault="00FD0106" w:rsidP="00FD0106">
      <w:pPr>
        <w:spacing w:after="0" w:line="240" w:lineRule="auto"/>
        <w:rPr>
          <w:rFonts w:asciiTheme="majorHAnsi" w:hAnsiTheme="majorHAnsi" w:cstheme="majorHAnsi"/>
        </w:rPr>
      </w:pPr>
      <w:r w:rsidRPr="006427F4">
        <w:rPr>
          <w:rFonts w:asciiTheme="majorHAnsi" w:hAnsiTheme="majorHAnsi" w:cstheme="majorHAnsi"/>
        </w:rPr>
        <w:t xml:space="preserve">Personnes à prévenir en cas </w:t>
      </w:r>
      <w:r w:rsidRPr="006427F4">
        <w:rPr>
          <w:rFonts w:asciiTheme="majorHAnsi" w:hAnsiTheme="majorHAnsi" w:cstheme="majorHAnsi"/>
        </w:rPr>
        <w:t>d’accident:</w:t>
      </w:r>
      <w:r w:rsidRPr="006427F4">
        <w:rPr>
          <w:rFonts w:asciiTheme="majorHAnsi" w:hAnsiTheme="majorHAnsi" w:cstheme="majorHAnsi"/>
        </w:rPr>
        <w:br/>
      </w:r>
      <w:r w:rsidRPr="006427F4">
        <w:rPr>
          <w:rFonts w:asciiTheme="majorHAnsi" w:hAnsiTheme="majorHAnsi" w:cstheme="majorHAnsi"/>
        </w:rPr>
        <w:br/>
        <w:t>1. __________________________</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Téléphone: </w:t>
      </w:r>
      <w:r w:rsidRPr="006427F4">
        <w:rPr>
          <w:rFonts w:asciiTheme="majorHAnsi" w:hAnsiTheme="majorHAnsi" w:cstheme="majorHAnsi"/>
        </w:rPr>
        <w:br/>
        <w:t>2. __________________________</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Téléphone: </w:t>
      </w:r>
    </w:p>
    <w:p w14:paraId="5AF2C902" w14:textId="0DC2B7F6" w:rsidR="00FD0106" w:rsidRPr="00FD0106" w:rsidRDefault="00FD0106" w:rsidP="00FD0106">
      <w:pPr>
        <w:spacing w:after="0" w:line="240" w:lineRule="auto"/>
        <w:rPr>
          <w:rFonts w:asciiTheme="majorHAnsi" w:hAnsiTheme="majorHAnsi" w:cstheme="majorHAnsi"/>
        </w:rPr>
      </w:pPr>
    </w:p>
    <w:p w14:paraId="73C1439D" w14:textId="79C63017" w:rsidR="00FD0106" w:rsidRPr="00FD0106" w:rsidRDefault="00FD0106" w:rsidP="00FD0106">
      <w:pPr>
        <w:spacing w:after="0" w:line="240" w:lineRule="auto"/>
        <w:rPr>
          <w:rFonts w:asciiTheme="majorHAnsi" w:hAnsiTheme="majorHAnsi" w:cstheme="majorHAnsi"/>
        </w:rPr>
      </w:pPr>
      <w:r w:rsidRPr="00FD0106">
        <w:rPr>
          <w:rFonts w:asciiTheme="majorHAnsi" w:hAnsiTheme="majorHAnsi" w:cstheme="majorHAnsi"/>
        </w:rPr>
        <w:t xml:space="preserve">Personnes habilitées à récupérer </w:t>
      </w:r>
      <w:r w:rsidR="0077027C" w:rsidRPr="00FD0106">
        <w:rPr>
          <w:rFonts w:asciiTheme="majorHAnsi" w:hAnsiTheme="majorHAnsi" w:cstheme="majorHAnsi"/>
        </w:rPr>
        <w:t>l’enfant:</w:t>
      </w:r>
    </w:p>
    <w:p w14:paraId="584BC6A2" w14:textId="62C004E5" w:rsidR="00FD0106" w:rsidRPr="00FD0106" w:rsidRDefault="00FD0106" w:rsidP="00FD0106">
      <w:pPr>
        <w:spacing w:after="0" w:line="240" w:lineRule="auto"/>
        <w:rPr>
          <w:rFonts w:asciiTheme="majorHAnsi" w:hAnsiTheme="majorHAnsi" w:cstheme="majorHAnsi"/>
        </w:rPr>
      </w:pPr>
      <w:r w:rsidRPr="00FD0106">
        <w:rPr>
          <w:rFonts w:asciiTheme="majorHAnsi" w:hAnsiTheme="majorHAnsi" w:cstheme="majorHAnsi"/>
        </w:rPr>
        <w:t>1. __________________________</w:t>
      </w:r>
      <w:r w:rsidR="0077027C">
        <w:rPr>
          <w:rFonts w:asciiTheme="majorHAnsi" w:hAnsiTheme="majorHAnsi" w:cstheme="majorHAnsi"/>
        </w:rPr>
        <w:tab/>
      </w:r>
      <w:r w:rsidR="0077027C">
        <w:rPr>
          <w:rFonts w:asciiTheme="majorHAnsi" w:hAnsiTheme="majorHAnsi" w:cstheme="majorHAnsi"/>
        </w:rPr>
        <w:tab/>
      </w:r>
      <w:r w:rsidR="0077027C">
        <w:rPr>
          <w:rFonts w:asciiTheme="majorHAnsi" w:hAnsiTheme="majorHAnsi" w:cstheme="majorHAnsi"/>
        </w:rPr>
        <w:tab/>
      </w:r>
      <w:r w:rsidR="0077027C">
        <w:rPr>
          <w:rFonts w:asciiTheme="majorHAnsi" w:hAnsiTheme="majorHAnsi" w:cstheme="majorHAnsi"/>
        </w:rPr>
        <w:t xml:space="preserve">Téléphone: </w:t>
      </w:r>
      <w:r w:rsidR="0077027C" w:rsidRPr="006427F4">
        <w:rPr>
          <w:rFonts w:asciiTheme="majorHAnsi" w:hAnsiTheme="majorHAnsi" w:cstheme="majorHAnsi"/>
        </w:rPr>
        <w:br/>
        <w:t>2. __________________________</w:t>
      </w:r>
      <w:r w:rsidR="0077027C">
        <w:rPr>
          <w:rFonts w:asciiTheme="majorHAnsi" w:hAnsiTheme="majorHAnsi" w:cstheme="majorHAnsi"/>
        </w:rPr>
        <w:tab/>
      </w:r>
      <w:r w:rsidR="0077027C">
        <w:rPr>
          <w:rFonts w:asciiTheme="majorHAnsi" w:hAnsiTheme="majorHAnsi" w:cstheme="majorHAnsi"/>
        </w:rPr>
        <w:tab/>
      </w:r>
      <w:r w:rsidR="0077027C">
        <w:rPr>
          <w:rFonts w:asciiTheme="majorHAnsi" w:hAnsiTheme="majorHAnsi" w:cstheme="majorHAnsi"/>
        </w:rPr>
        <w:tab/>
        <w:t xml:space="preserve">Téléphone: </w:t>
      </w:r>
    </w:p>
    <w:p w14:paraId="72EF56A1" w14:textId="77777777" w:rsidR="0077027C" w:rsidRPr="00FD0106" w:rsidRDefault="00FD0106" w:rsidP="0077027C">
      <w:pPr>
        <w:spacing w:after="0" w:line="240" w:lineRule="auto"/>
        <w:rPr>
          <w:rFonts w:asciiTheme="majorHAnsi" w:hAnsiTheme="majorHAnsi" w:cstheme="majorHAnsi"/>
        </w:rPr>
      </w:pPr>
      <w:r w:rsidRPr="00FD0106">
        <w:rPr>
          <w:rFonts w:asciiTheme="majorHAnsi" w:hAnsiTheme="majorHAnsi" w:cstheme="majorHAnsi"/>
        </w:rPr>
        <w:t>3. __________________________</w:t>
      </w:r>
      <w:r w:rsidR="0077027C">
        <w:rPr>
          <w:rFonts w:asciiTheme="majorHAnsi" w:hAnsiTheme="majorHAnsi" w:cstheme="majorHAnsi"/>
        </w:rPr>
        <w:tab/>
      </w:r>
      <w:r w:rsidR="0077027C">
        <w:rPr>
          <w:rFonts w:asciiTheme="majorHAnsi" w:hAnsiTheme="majorHAnsi" w:cstheme="majorHAnsi"/>
        </w:rPr>
        <w:tab/>
      </w:r>
      <w:r w:rsidR="0077027C">
        <w:rPr>
          <w:rFonts w:asciiTheme="majorHAnsi" w:hAnsiTheme="majorHAnsi" w:cstheme="majorHAnsi"/>
        </w:rPr>
        <w:tab/>
      </w:r>
      <w:r w:rsidR="0077027C">
        <w:rPr>
          <w:rFonts w:asciiTheme="majorHAnsi" w:hAnsiTheme="majorHAnsi" w:cstheme="majorHAnsi"/>
        </w:rPr>
        <w:t xml:space="preserve">Téléphone: </w:t>
      </w:r>
    </w:p>
    <w:p w14:paraId="3082E490" w14:textId="5294F6A3" w:rsidR="00195054" w:rsidRDefault="00195054" w:rsidP="0077027C">
      <w:pPr>
        <w:spacing w:after="0" w:line="240" w:lineRule="auto"/>
        <w:rPr>
          <w:rFonts w:asciiTheme="majorHAnsi" w:hAnsiTheme="majorHAnsi" w:cstheme="majorHAnsi"/>
          <w:b/>
        </w:rPr>
      </w:pPr>
    </w:p>
    <w:p w14:paraId="5EB34DD8" w14:textId="77777777" w:rsidR="0077027C" w:rsidRDefault="0077027C" w:rsidP="0077027C">
      <w:pPr>
        <w:spacing w:after="0" w:line="240" w:lineRule="auto"/>
        <w:rPr>
          <w:rFonts w:asciiTheme="majorHAnsi" w:hAnsiTheme="majorHAnsi" w:cstheme="majorHAnsi"/>
          <w:b/>
        </w:rPr>
      </w:pPr>
    </w:p>
    <w:p w14:paraId="635E9CDB" w14:textId="5A1F865E" w:rsidR="0077027C" w:rsidRPr="0077027C" w:rsidRDefault="0077027C" w:rsidP="0077027C">
      <w:pPr>
        <w:spacing w:after="0" w:line="240" w:lineRule="auto"/>
        <w:rPr>
          <w:rFonts w:asciiTheme="majorHAnsi" w:hAnsiTheme="majorHAnsi" w:cstheme="majorHAnsi"/>
          <w:b/>
        </w:rPr>
      </w:pPr>
      <w:r>
        <w:rPr>
          <w:rFonts w:asciiTheme="majorHAnsi" w:hAnsiTheme="majorHAnsi" w:cstheme="majorHAnsi"/>
          <w:b/>
        </w:rPr>
        <w:lastRenderedPageBreak/>
        <w:t>RESPONSABLE LEGAL (1)</w:t>
      </w:r>
    </w:p>
    <w:tbl>
      <w:tblPr>
        <w:tblStyle w:val="Grilledutableau"/>
        <w:tblW w:w="0" w:type="auto"/>
        <w:tblLook w:val="04A0" w:firstRow="1" w:lastRow="0" w:firstColumn="1" w:lastColumn="0" w:noHBand="0" w:noVBand="1"/>
      </w:tblPr>
      <w:tblGrid>
        <w:gridCol w:w="2093"/>
        <w:gridCol w:w="6547"/>
      </w:tblGrid>
      <w:tr w:rsidR="00195054" w:rsidRPr="006427F4" w14:paraId="17F85FC0" w14:textId="77777777" w:rsidTr="0077027C">
        <w:tc>
          <w:tcPr>
            <w:tcW w:w="2093" w:type="dxa"/>
          </w:tcPr>
          <w:p w14:paraId="28874826"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Nom</w:t>
            </w:r>
          </w:p>
        </w:tc>
        <w:tc>
          <w:tcPr>
            <w:tcW w:w="6547" w:type="dxa"/>
          </w:tcPr>
          <w:p w14:paraId="68E7997E"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r w:rsidR="00195054" w:rsidRPr="006427F4" w14:paraId="349FBFA0" w14:textId="77777777" w:rsidTr="0077027C">
        <w:tc>
          <w:tcPr>
            <w:tcW w:w="2093" w:type="dxa"/>
          </w:tcPr>
          <w:p w14:paraId="2E7E0E96"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Prénom</w:t>
            </w:r>
          </w:p>
        </w:tc>
        <w:tc>
          <w:tcPr>
            <w:tcW w:w="6547" w:type="dxa"/>
          </w:tcPr>
          <w:p w14:paraId="35024F0F"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r w:rsidR="00195054" w:rsidRPr="006427F4" w14:paraId="608316C7" w14:textId="77777777" w:rsidTr="0077027C">
        <w:tc>
          <w:tcPr>
            <w:tcW w:w="2093" w:type="dxa"/>
          </w:tcPr>
          <w:p w14:paraId="6F873A68"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Date de naissance</w:t>
            </w:r>
          </w:p>
        </w:tc>
        <w:tc>
          <w:tcPr>
            <w:tcW w:w="6547" w:type="dxa"/>
          </w:tcPr>
          <w:p w14:paraId="31D8AD74"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r w:rsidR="00195054" w:rsidRPr="006427F4" w14:paraId="7F29415E" w14:textId="77777777" w:rsidTr="0077027C">
        <w:tc>
          <w:tcPr>
            <w:tcW w:w="2093" w:type="dxa"/>
          </w:tcPr>
          <w:p w14:paraId="200DAFC1"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Lieu de naissance</w:t>
            </w:r>
          </w:p>
        </w:tc>
        <w:tc>
          <w:tcPr>
            <w:tcW w:w="6547" w:type="dxa"/>
          </w:tcPr>
          <w:p w14:paraId="481C4253"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r w:rsidR="00195054" w:rsidRPr="006427F4" w14:paraId="0E07E86A" w14:textId="77777777" w:rsidTr="0077027C">
        <w:tc>
          <w:tcPr>
            <w:tcW w:w="2093" w:type="dxa"/>
          </w:tcPr>
          <w:p w14:paraId="6CBD9D78"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Adresse</w:t>
            </w:r>
          </w:p>
        </w:tc>
        <w:tc>
          <w:tcPr>
            <w:tcW w:w="6547" w:type="dxa"/>
          </w:tcPr>
          <w:p w14:paraId="414EFB35"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r w:rsidR="00195054" w:rsidRPr="006427F4" w14:paraId="0F25EE38" w14:textId="77777777" w:rsidTr="0077027C">
        <w:tc>
          <w:tcPr>
            <w:tcW w:w="2093" w:type="dxa"/>
          </w:tcPr>
          <w:p w14:paraId="606BDAE9"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Code postal / Ville</w:t>
            </w:r>
          </w:p>
        </w:tc>
        <w:tc>
          <w:tcPr>
            <w:tcW w:w="6547" w:type="dxa"/>
          </w:tcPr>
          <w:p w14:paraId="24BA0386"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r w:rsidR="00195054" w:rsidRPr="006427F4" w14:paraId="1D24D024" w14:textId="77777777" w:rsidTr="0077027C">
        <w:tc>
          <w:tcPr>
            <w:tcW w:w="2093" w:type="dxa"/>
          </w:tcPr>
          <w:p w14:paraId="3D309936"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Téléphone(s)</w:t>
            </w:r>
          </w:p>
        </w:tc>
        <w:tc>
          <w:tcPr>
            <w:tcW w:w="6547" w:type="dxa"/>
          </w:tcPr>
          <w:p w14:paraId="0C726F4F"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r w:rsidR="00195054" w:rsidRPr="006427F4" w14:paraId="5EE93232" w14:textId="77777777" w:rsidTr="0077027C">
        <w:tc>
          <w:tcPr>
            <w:tcW w:w="2093" w:type="dxa"/>
          </w:tcPr>
          <w:p w14:paraId="2851AF86"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Adresse mail</w:t>
            </w:r>
          </w:p>
        </w:tc>
        <w:tc>
          <w:tcPr>
            <w:tcW w:w="6547" w:type="dxa"/>
          </w:tcPr>
          <w:p w14:paraId="60C7753B" w14:textId="77777777" w:rsidR="00195054" w:rsidRPr="006427F4" w:rsidRDefault="00000000" w:rsidP="00FD0106">
            <w:pPr>
              <w:rPr>
                <w:rFonts w:asciiTheme="majorHAnsi" w:hAnsiTheme="majorHAnsi" w:cstheme="majorHAnsi"/>
              </w:rPr>
            </w:pPr>
            <w:r w:rsidRPr="006427F4">
              <w:rPr>
                <w:rFonts w:asciiTheme="majorHAnsi" w:hAnsiTheme="majorHAnsi" w:cstheme="majorHAnsi"/>
              </w:rPr>
              <w:t xml:space="preserve"> </w:t>
            </w:r>
          </w:p>
        </w:tc>
      </w:tr>
    </w:tbl>
    <w:p w14:paraId="3337993B" w14:textId="2FA641AC" w:rsidR="00195054" w:rsidRPr="006427F4" w:rsidRDefault="0077027C" w:rsidP="00FD0106">
      <w:pPr>
        <w:spacing w:after="0" w:line="240" w:lineRule="auto"/>
        <w:rPr>
          <w:rFonts w:asciiTheme="majorHAnsi" w:hAnsiTheme="majorHAnsi" w:cstheme="majorHAnsi"/>
        </w:rPr>
      </w:pPr>
      <w:r w:rsidRPr="006427F4">
        <w:rPr>
          <w:rFonts w:asciiTheme="majorHAnsi" w:hAnsiTheme="majorHAnsi" w:cstheme="majorHAnsi"/>
        </w:rPr>
        <w:t>Profession:</w:t>
      </w:r>
      <w:r w:rsidR="00000000" w:rsidRPr="006427F4">
        <w:rPr>
          <w:rFonts w:asciiTheme="majorHAnsi" w:hAnsiTheme="majorHAnsi" w:cstheme="majorHAnsi"/>
        </w:rPr>
        <w:t xml:space="preserve"> __________________________________________</w:t>
      </w:r>
    </w:p>
    <w:p w14:paraId="146796C4" w14:textId="2614E682"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Lien avec </w:t>
      </w:r>
      <w:r w:rsidR="0077027C" w:rsidRPr="006427F4">
        <w:rPr>
          <w:rFonts w:asciiTheme="majorHAnsi" w:hAnsiTheme="majorHAnsi" w:cstheme="majorHAnsi"/>
        </w:rPr>
        <w:t>l’enfant:</w:t>
      </w:r>
      <w:r w:rsidRPr="006427F4">
        <w:rPr>
          <w:rFonts w:asciiTheme="majorHAnsi" w:hAnsiTheme="majorHAnsi" w:cstheme="majorHAnsi"/>
        </w:rPr>
        <w:t xml:space="preserve"> □ Père □ Mère □ Tuteur/Tutrice □ </w:t>
      </w:r>
      <w:r w:rsidR="0077027C" w:rsidRPr="006427F4">
        <w:rPr>
          <w:rFonts w:asciiTheme="majorHAnsi" w:hAnsiTheme="majorHAnsi" w:cstheme="majorHAnsi"/>
        </w:rPr>
        <w:t>Autre:</w:t>
      </w:r>
      <w:r w:rsidRPr="006427F4">
        <w:rPr>
          <w:rFonts w:asciiTheme="majorHAnsi" w:hAnsiTheme="majorHAnsi" w:cstheme="majorHAnsi"/>
        </w:rPr>
        <w:t xml:space="preserve"> __________</w:t>
      </w:r>
    </w:p>
    <w:p w14:paraId="650FAC8D" w14:textId="2C6A057A" w:rsidR="00195054"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Exerce l'autorité </w:t>
      </w:r>
      <w:r w:rsidR="0077027C" w:rsidRPr="006427F4">
        <w:rPr>
          <w:rFonts w:asciiTheme="majorHAnsi" w:hAnsiTheme="majorHAnsi" w:cstheme="majorHAnsi"/>
        </w:rPr>
        <w:t>parentale:</w:t>
      </w:r>
      <w:r w:rsidRPr="006427F4">
        <w:rPr>
          <w:rFonts w:asciiTheme="majorHAnsi" w:hAnsiTheme="majorHAnsi" w:cstheme="majorHAnsi"/>
        </w:rPr>
        <w:t xml:space="preserve"> □ Oui □ Non</w:t>
      </w:r>
    </w:p>
    <w:p w14:paraId="71244618" w14:textId="77777777" w:rsidR="0077027C" w:rsidRDefault="0077027C" w:rsidP="00FD0106">
      <w:pPr>
        <w:spacing w:after="0" w:line="240" w:lineRule="auto"/>
        <w:rPr>
          <w:rFonts w:asciiTheme="majorHAnsi" w:hAnsiTheme="majorHAnsi" w:cstheme="majorHAnsi"/>
        </w:rPr>
      </w:pPr>
    </w:p>
    <w:p w14:paraId="78AAA974" w14:textId="0C49D618" w:rsidR="0077027C" w:rsidRPr="0077027C" w:rsidRDefault="0077027C" w:rsidP="0077027C">
      <w:pPr>
        <w:spacing w:after="0" w:line="240" w:lineRule="auto"/>
        <w:rPr>
          <w:rFonts w:asciiTheme="majorHAnsi" w:hAnsiTheme="majorHAnsi" w:cstheme="majorHAnsi"/>
          <w:b/>
        </w:rPr>
      </w:pPr>
      <w:r>
        <w:rPr>
          <w:rFonts w:asciiTheme="majorHAnsi" w:hAnsiTheme="majorHAnsi" w:cstheme="majorHAnsi"/>
          <w:b/>
        </w:rPr>
        <w:t>RESPONSABLE LEGAL (</w:t>
      </w:r>
      <w:r>
        <w:rPr>
          <w:rFonts w:asciiTheme="majorHAnsi" w:hAnsiTheme="majorHAnsi" w:cstheme="majorHAnsi"/>
          <w:b/>
        </w:rPr>
        <w:t>2</w:t>
      </w:r>
      <w:r>
        <w:rPr>
          <w:rFonts w:asciiTheme="majorHAnsi" w:hAnsiTheme="majorHAnsi" w:cstheme="majorHAnsi"/>
          <w:b/>
        </w:rPr>
        <w:t>)</w:t>
      </w:r>
    </w:p>
    <w:tbl>
      <w:tblPr>
        <w:tblStyle w:val="Grilledutableau"/>
        <w:tblW w:w="0" w:type="auto"/>
        <w:tblLook w:val="04A0" w:firstRow="1" w:lastRow="0" w:firstColumn="1" w:lastColumn="0" w:noHBand="0" w:noVBand="1"/>
      </w:tblPr>
      <w:tblGrid>
        <w:gridCol w:w="2093"/>
        <w:gridCol w:w="6547"/>
      </w:tblGrid>
      <w:tr w:rsidR="0077027C" w:rsidRPr="006427F4" w14:paraId="13E0AF6B" w14:textId="77777777" w:rsidTr="00080E83">
        <w:tc>
          <w:tcPr>
            <w:tcW w:w="2093" w:type="dxa"/>
          </w:tcPr>
          <w:p w14:paraId="4633B955"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Nom</w:t>
            </w:r>
          </w:p>
        </w:tc>
        <w:tc>
          <w:tcPr>
            <w:tcW w:w="6547" w:type="dxa"/>
          </w:tcPr>
          <w:p w14:paraId="4959C4D3"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 xml:space="preserve"> </w:t>
            </w:r>
          </w:p>
        </w:tc>
      </w:tr>
      <w:tr w:rsidR="0077027C" w:rsidRPr="006427F4" w14:paraId="54CD41F8" w14:textId="77777777" w:rsidTr="00080E83">
        <w:tc>
          <w:tcPr>
            <w:tcW w:w="2093" w:type="dxa"/>
          </w:tcPr>
          <w:p w14:paraId="2DB64A67"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Prénom</w:t>
            </w:r>
          </w:p>
        </w:tc>
        <w:tc>
          <w:tcPr>
            <w:tcW w:w="6547" w:type="dxa"/>
          </w:tcPr>
          <w:p w14:paraId="4551238A"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 xml:space="preserve"> </w:t>
            </w:r>
          </w:p>
        </w:tc>
      </w:tr>
      <w:tr w:rsidR="0077027C" w:rsidRPr="006427F4" w14:paraId="6E898692" w14:textId="77777777" w:rsidTr="00080E83">
        <w:tc>
          <w:tcPr>
            <w:tcW w:w="2093" w:type="dxa"/>
          </w:tcPr>
          <w:p w14:paraId="6168A2F4"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Date de naissance</w:t>
            </w:r>
          </w:p>
        </w:tc>
        <w:tc>
          <w:tcPr>
            <w:tcW w:w="6547" w:type="dxa"/>
          </w:tcPr>
          <w:p w14:paraId="06405F02"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 xml:space="preserve"> </w:t>
            </w:r>
          </w:p>
        </w:tc>
      </w:tr>
      <w:tr w:rsidR="0077027C" w:rsidRPr="006427F4" w14:paraId="15A6649D" w14:textId="77777777" w:rsidTr="00080E83">
        <w:tc>
          <w:tcPr>
            <w:tcW w:w="2093" w:type="dxa"/>
          </w:tcPr>
          <w:p w14:paraId="2CFC8DBF"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Lieu de naissance</w:t>
            </w:r>
          </w:p>
        </w:tc>
        <w:tc>
          <w:tcPr>
            <w:tcW w:w="6547" w:type="dxa"/>
          </w:tcPr>
          <w:p w14:paraId="6FD691DB"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 xml:space="preserve"> </w:t>
            </w:r>
          </w:p>
        </w:tc>
      </w:tr>
      <w:tr w:rsidR="0077027C" w:rsidRPr="006427F4" w14:paraId="51B28A6C" w14:textId="77777777" w:rsidTr="00080E83">
        <w:tc>
          <w:tcPr>
            <w:tcW w:w="2093" w:type="dxa"/>
          </w:tcPr>
          <w:p w14:paraId="2B6E9DCC"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Adresse</w:t>
            </w:r>
          </w:p>
        </w:tc>
        <w:tc>
          <w:tcPr>
            <w:tcW w:w="6547" w:type="dxa"/>
          </w:tcPr>
          <w:p w14:paraId="4DA86EE1"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 xml:space="preserve"> </w:t>
            </w:r>
          </w:p>
        </w:tc>
      </w:tr>
      <w:tr w:rsidR="0077027C" w:rsidRPr="006427F4" w14:paraId="14E56933" w14:textId="77777777" w:rsidTr="00080E83">
        <w:tc>
          <w:tcPr>
            <w:tcW w:w="2093" w:type="dxa"/>
          </w:tcPr>
          <w:p w14:paraId="49754586"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Code postal / Ville</w:t>
            </w:r>
          </w:p>
        </w:tc>
        <w:tc>
          <w:tcPr>
            <w:tcW w:w="6547" w:type="dxa"/>
          </w:tcPr>
          <w:p w14:paraId="32F8FBEC"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 xml:space="preserve"> </w:t>
            </w:r>
          </w:p>
        </w:tc>
      </w:tr>
      <w:tr w:rsidR="0077027C" w:rsidRPr="006427F4" w14:paraId="59630B91" w14:textId="77777777" w:rsidTr="00080E83">
        <w:tc>
          <w:tcPr>
            <w:tcW w:w="2093" w:type="dxa"/>
          </w:tcPr>
          <w:p w14:paraId="4001828C"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Téléphone(s)</w:t>
            </w:r>
          </w:p>
        </w:tc>
        <w:tc>
          <w:tcPr>
            <w:tcW w:w="6547" w:type="dxa"/>
          </w:tcPr>
          <w:p w14:paraId="14FA1778"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 xml:space="preserve"> </w:t>
            </w:r>
          </w:p>
        </w:tc>
      </w:tr>
      <w:tr w:rsidR="0077027C" w:rsidRPr="006427F4" w14:paraId="5BC6C201" w14:textId="77777777" w:rsidTr="00080E83">
        <w:tc>
          <w:tcPr>
            <w:tcW w:w="2093" w:type="dxa"/>
          </w:tcPr>
          <w:p w14:paraId="47BFA3A0"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Adresse mail</w:t>
            </w:r>
          </w:p>
        </w:tc>
        <w:tc>
          <w:tcPr>
            <w:tcW w:w="6547" w:type="dxa"/>
          </w:tcPr>
          <w:p w14:paraId="1DF504D3" w14:textId="77777777" w:rsidR="0077027C" w:rsidRPr="006427F4" w:rsidRDefault="0077027C" w:rsidP="00080E83">
            <w:pPr>
              <w:rPr>
                <w:rFonts w:asciiTheme="majorHAnsi" w:hAnsiTheme="majorHAnsi" w:cstheme="majorHAnsi"/>
              </w:rPr>
            </w:pPr>
            <w:r w:rsidRPr="006427F4">
              <w:rPr>
                <w:rFonts w:asciiTheme="majorHAnsi" w:hAnsiTheme="majorHAnsi" w:cstheme="majorHAnsi"/>
              </w:rPr>
              <w:t xml:space="preserve"> </w:t>
            </w:r>
          </w:p>
        </w:tc>
      </w:tr>
    </w:tbl>
    <w:p w14:paraId="00C9CFA4" w14:textId="77777777" w:rsidR="0077027C" w:rsidRPr="006427F4" w:rsidRDefault="0077027C" w:rsidP="0077027C">
      <w:pPr>
        <w:spacing w:after="0" w:line="240" w:lineRule="auto"/>
        <w:rPr>
          <w:rFonts w:asciiTheme="majorHAnsi" w:hAnsiTheme="majorHAnsi" w:cstheme="majorHAnsi"/>
        </w:rPr>
      </w:pPr>
      <w:r w:rsidRPr="006427F4">
        <w:rPr>
          <w:rFonts w:asciiTheme="majorHAnsi" w:hAnsiTheme="majorHAnsi" w:cstheme="majorHAnsi"/>
        </w:rPr>
        <w:t>Profession: __________________________________________</w:t>
      </w:r>
    </w:p>
    <w:p w14:paraId="0B6A93C8" w14:textId="77777777" w:rsidR="0077027C" w:rsidRPr="006427F4" w:rsidRDefault="0077027C" w:rsidP="0077027C">
      <w:pPr>
        <w:spacing w:after="0" w:line="240" w:lineRule="auto"/>
        <w:rPr>
          <w:rFonts w:asciiTheme="majorHAnsi" w:hAnsiTheme="majorHAnsi" w:cstheme="majorHAnsi"/>
        </w:rPr>
      </w:pPr>
      <w:r w:rsidRPr="006427F4">
        <w:rPr>
          <w:rFonts w:asciiTheme="majorHAnsi" w:hAnsiTheme="majorHAnsi" w:cstheme="majorHAnsi"/>
        </w:rPr>
        <w:t>Lien avec l’enfant: □ Père □ Mère □ Tuteur/Tutrice □ Autre: __________</w:t>
      </w:r>
    </w:p>
    <w:p w14:paraId="12B422CC" w14:textId="77777777" w:rsidR="0077027C" w:rsidRDefault="0077027C" w:rsidP="0077027C">
      <w:pPr>
        <w:spacing w:after="0" w:line="240" w:lineRule="auto"/>
        <w:rPr>
          <w:rFonts w:asciiTheme="majorHAnsi" w:hAnsiTheme="majorHAnsi" w:cstheme="majorHAnsi"/>
        </w:rPr>
      </w:pPr>
      <w:r w:rsidRPr="006427F4">
        <w:rPr>
          <w:rFonts w:asciiTheme="majorHAnsi" w:hAnsiTheme="majorHAnsi" w:cstheme="majorHAnsi"/>
        </w:rPr>
        <w:t>Exerce l'autorité parentale: □ Oui □ Non</w:t>
      </w:r>
    </w:p>
    <w:p w14:paraId="19C87DA6" w14:textId="77777777" w:rsidR="00FD0106" w:rsidRDefault="00FD0106" w:rsidP="00FD0106">
      <w:pPr>
        <w:spacing w:after="0" w:line="240" w:lineRule="auto"/>
        <w:rPr>
          <w:rFonts w:asciiTheme="majorHAnsi" w:hAnsiTheme="majorHAnsi" w:cstheme="majorHAnsi"/>
        </w:rPr>
      </w:pPr>
    </w:p>
    <w:p w14:paraId="2134C5C0" w14:textId="1C13875F" w:rsidR="00FD0106" w:rsidRPr="0077027C" w:rsidRDefault="00FD0106" w:rsidP="00FD0106">
      <w:pPr>
        <w:spacing w:after="0" w:line="240" w:lineRule="auto"/>
        <w:rPr>
          <w:rFonts w:asciiTheme="majorHAnsi" w:hAnsiTheme="majorHAnsi" w:cstheme="majorHAnsi"/>
          <w:b/>
          <w:bCs/>
        </w:rPr>
      </w:pPr>
      <w:r w:rsidRPr="0077027C">
        <w:rPr>
          <w:rFonts w:asciiTheme="majorHAnsi" w:hAnsiTheme="majorHAnsi" w:cstheme="majorHAnsi"/>
          <w:b/>
          <w:bCs/>
        </w:rPr>
        <w:t>EMAIL D</w:t>
      </w:r>
      <w:r w:rsidR="0077027C">
        <w:rPr>
          <w:rFonts w:asciiTheme="majorHAnsi" w:hAnsiTheme="majorHAnsi" w:cstheme="majorHAnsi"/>
          <w:b/>
          <w:bCs/>
        </w:rPr>
        <w:t>’</w:t>
      </w:r>
      <w:r w:rsidRPr="0077027C">
        <w:rPr>
          <w:rFonts w:asciiTheme="majorHAnsi" w:hAnsiTheme="majorHAnsi" w:cstheme="majorHAnsi"/>
          <w:b/>
          <w:bCs/>
        </w:rPr>
        <w:t>ACCÈS AU PORTAIL FAMILLE: _____________________________________</w:t>
      </w:r>
    </w:p>
    <w:p w14:paraId="150AEBA7" w14:textId="77777777" w:rsidR="00FD0106" w:rsidRDefault="00FD0106" w:rsidP="00FD0106">
      <w:pPr>
        <w:spacing w:after="0" w:line="240" w:lineRule="auto"/>
        <w:rPr>
          <w:rFonts w:asciiTheme="majorHAnsi" w:hAnsiTheme="majorHAnsi" w:cstheme="majorHAnsi"/>
        </w:rPr>
      </w:pPr>
    </w:p>
    <w:p w14:paraId="7D6E9AD2" w14:textId="4AA1608D" w:rsidR="0077027C" w:rsidRPr="0077027C" w:rsidRDefault="0077027C" w:rsidP="00FD0106">
      <w:pPr>
        <w:spacing w:after="0" w:line="240" w:lineRule="auto"/>
        <w:rPr>
          <w:rFonts w:asciiTheme="majorHAnsi" w:hAnsiTheme="majorHAnsi" w:cstheme="majorHAnsi"/>
          <w:b/>
          <w:bCs/>
        </w:rPr>
      </w:pPr>
      <w:r w:rsidRPr="0077027C">
        <w:rPr>
          <w:rFonts w:asciiTheme="majorHAnsi" w:hAnsiTheme="majorHAnsi" w:cstheme="majorHAnsi"/>
          <w:b/>
          <w:bCs/>
        </w:rPr>
        <w:t>DECLARATION ET SIGNATURES</w:t>
      </w:r>
    </w:p>
    <w:p w14:paraId="440891B0" w14:textId="77777777" w:rsidR="0077027C" w:rsidRDefault="0077027C" w:rsidP="00FD0106">
      <w:pPr>
        <w:spacing w:after="0" w:line="240" w:lineRule="auto"/>
        <w:rPr>
          <w:rFonts w:asciiTheme="majorHAnsi" w:eastAsiaTheme="majorEastAsia" w:hAnsiTheme="majorHAnsi" w:cstheme="majorHAnsi"/>
          <w:b/>
          <w:bCs/>
          <w:color w:val="4F81BD" w:themeColor="accent1"/>
        </w:rPr>
      </w:pPr>
    </w:p>
    <w:p w14:paraId="01A29D49" w14:textId="1A80389D"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t>Nous soussignés, responsables légaux de l'enfant, déclarons exacts les renseignements portés sur cette fiche et nous engageons à signaler toute modification.</w:t>
      </w:r>
    </w:p>
    <w:p w14:paraId="5678AE6B" w14:textId="77777777" w:rsidR="00195054" w:rsidRPr="006427F4" w:rsidRDefault="00000000" w:rsidP="00FD0106">
      <w:pPr>
        <w:spacing w:after="0" w:line="240" w:lineRule="auto"/>
        <w:rPr>
          <w:rFonts w:asciiTheme="majorHAnsi" w:hAnsiTheme="majorHAnsi" w:cstheme="majorHAnsi"/>
        </w:rPr>
      </w:pPr>
      <w:r w:rsidRPr="006427F4">
        <w:rPr>
          <w:rFonts w:asciiTheme="majorHAnsi" w:hAnsiTheme="majorHAnsi" w:cstheme="majorHAnsi"/>
        </w:rPr>
        <w:br/>
        <w:t>Fait à ____________________________, le ____/____/________</w:t>
      </w:r>
      <w:r w:rsidRPr="006427F4">
        <w:rPr>
          <w:rFonts w:asciiTheme="majorHAnsi" w:hAnsiTheme="majorHAnsi" w:cstheme="majorHAnsi"/>
        </w:rPr>
        <w:br/>
      </w:r>
    </w:p>
    <w:p w14:paraId="3D4099EC" w14:textId="77777777" w:rsidR="0077027C" w:rsidRDefault="00000000" w:rsidP="00FD0106">
      <w:pPr>
        <w:spacing w:after="0" w:line="240" w:lineRule="auto"/>
        <w:rPr>
          <w:rFonts w:asciiTheme="majorHAnsi" w:hAnsiTheme="majorHAnsi" w:cstheme="majorHAnsi"/>
        </w:rPr>
      </w:pPr>
      <w:r w:rsidRPr="006427F4">
        <w:rPr>
          <w:rFonts w:asciiTheme="majorHAnsi" w:hAnsiTheme="majorHAnsi" w:cstheme="majorHAnsi"/>
        </w:rPr>
        <w:t xml:space="preserve">Signature responsable légal </w:t>
      </w:r>
      <w:r w:rsidR="0077027C" w:rsidRPr="006427F4">
        <w:rPr>
          <w:rFonts w:asciiTheme="majorHAnsi" w:hAnsiTheme="majorHAnsi" w:cstheme="majorHAnsi"/>
        </w:rPr>
        <w:t>1:</w:t>
      </w:r>
      <w:r w:rsidR="0077027C">
        <w:rPr>
          <w:rFonts w:asciiTheme="majorHAnsi" w:hAnsiTheme="majorHAnsi" w:cstheme="majorHAnsi"/>
        </w:rPr>
        <w:tab/>
      </w:r>
      <w:r w:rsidR="0077027C">
        <w:rPr>
          <w:rFonts w:asciiTheme="majorHAnsi" w:hAnsiTheme="majorHAnsi" w:cstheme="majorHAnsi"/>
        </w:rPr>
        <w:tab/>
      </w:r>
      <w:r w:rsidR="0077027C">
        <w:rPr>
          <w:rFonts w:asciiTheme="majorHAnsi" w:hAnsiTheme="majorHAnsi" w:cstheme="majorHAnsi"/>
        </w:rPr>
        <w:tab/>
      </w:r>
      <w:r w:rsidR="0077027C">
        <w:rPr>
          <w:rFonts w:asciiTheme="majorHAnsi" w:hAnsiTheme="majorHAnsi" w:cstheme="majorHAnsi"/>
        </w:rPr>
        <w:tab/>
      </w:r>
      <w:r w:rsidR="0077027C" w:rsidRPr="006427F4">
        <w:rPr>
          <w:rFonts w:asciiTheme="majorHAnsi" w:hAnsiTheme="majorHAnsi" w:cstheme="majorHAnsi"/>
        </w:rPr>
        <w:t xml:space="preserve">Signature responsable légal </w:t>
      </w:r>
      <w:r w:rsidR="0077027C" w:rsidRPr="006427F4">
        <w:rPr>
          <w:rFonts w:asciiTheme="majorHAnsi" w:hAnsiTheme="majorHAnsi" w:cstheme="majorHAnsi"/>
        </w:rPr>
        <w:t>2:</w:t>
      </w:r>
      <w:r w:rsidR="0077027C" w:rsidRPr="006427F4">
        <w:rPr>
          <w:rFonts w:asciiTheme="majorHAnsi" w:hAnsiTheme="majorHAnsi" w:cstheme="majorHAnsi"/>
        </w:rPr>
        <w:br/>
      </w:r>
    </w:p>
    <w:p w14:paraId="1210E580" w14:textId="77777777" w:rsidR="0077027C" w:rsidRDefault="0077027C" w:rsidP="00FD0106">
      <w:pPr>
        <w:spacing w:after="0" w:line="240" w:lineRule="auto"/>
        <w:rPr>
          <w:rFonts w:asciiTheme="majorHAnsi" w:hAnsiTheme="majorHAnsi" w:cstheme="majorHAnsi"/>
        </w:rPr>
      </w:pPr>
    </w:p>
    <w:p w14:paraId="38252897" w14:textId="77777777" w:rsidR="0077027C" w:rsidRDefault="0077027C" w:rsidP="00FD0106">
      <w:pPr>
        <w:spacing w:after="0" w:line="240" w:lineRule="auto"/>
        <w:rPr>
          <w:rFonts w:asciiTheme="majorHAnsi" w:hAnsiTheme="majorHAnsi" w:cstheme="majorHAnsi"/>
        </w:rPr>
      </w:pPr>
    </w:p>
    <w:p w14:paraId="537F0D5A" w14:textId="77777777" w:rsidR="00D10295" w:rsidRDefault="00D10295" w:rsidP="00FD0106">
      <w:pPr>
        <w:spacing w:after="0" w:line="240" w:lineRule="auto"/>
        <w:rPr>
          <w:rFonts w:asciiTheme="majorHAnsi" w:hAnsiTheme="majorHAnsi" w:cstheme="majorHAnsi"/>
        </w:rPr>
      </w:pPr>
    </w:p>
    <w:p w14:paraId="6A35936C" w14:textId="77777777" w:rsidR="00D10295" w:rsidRDefault="00D10295" w:rsidP="00FD0106">
      <w:pPr>
        <w:spacing w:after="0" w:line="240" w:lineRule="auto"/>
        <w:rPr>
          <w:rFonts w:asciiTheme="majorHAnsi" w:hAnsiTheme="majorHAnsi" w:cstheme="majorHAnsi"/>
        </w:rPr>
      </w:pPr>
    </w:p>
    <w:p w14:paraId="17E96C2F" w14:textId="77777777" w:rsidR="0077027C" w:rsidRDefault="0077027C" w:rsidP="00FD0106">
      <w:pPr>
        <w:spacing w:after="0" w:line="240" w:lineRule="auto"/>
        <w:rPr>
          <w:rFonts w:asciiTheme="majorHAnsi" w:hAnsiTheme="majorHAnsi" w:cstheme="majorHAnsi"/>
        </w:rPr>
      </w:pPr>
    </w:p>
    <w:p w14:paraId="24EAB138" w14:textId="77C85B24" w:rsidR="00195054" w:rsidRPr="0077027C" w:rsidRDefault="00000000" w:rsidP="00FD0106">
      <w:pPr>
        <w:spacing w:after="0" w:line="240" w:lineRule="auto"/>
        <w:rPr>
          <w:rFonts w:asciiTheme="majorHAnsi" w:hAnsiTheme="majorHAnsi" w:cstheme="majorHAnsi"/>
        </w:rPr>
      </w:pPr>
      <w:r w:rsidRPr="0077027C">
        <w:rPr>
          <w:rFonts w:asciiTheme="majorHAnsi" w:hAnsiTheme="majorHAnsi" w:cstheme="majorHAnsi"/>
          <w:i/>
          <w:iCs/>
          <w:sz w:val="20"/>
          <w:szCs w:val="20"/>
        </w:rPr>
        <w:t xml:space="preserve">Les informations recueillies sur ce formulaire font l'objet d'un traitement de données par le CCAS de Vimines pour la gestion des services périscolaires et extrascolaires (inscription, suivi et facturation). Conformément au règlement européen sur la protection des données (UE 2016/679), vous bénéficiez des droits d'accès, de rectification, d'opposition et d'effacement de vos données personnelles. L'exercice de vos droits s'effectue par courrier </w:t>
      </w:r>
      <w:proofErr w:type="gramStart"/>
      <w:r w:rsidRPr="0077027C">
        <w:rPr>
          <w:rFonts w:asciiTheme="majorHAnsi" w:hAnsiTheme="majorHAnsi" w:cstheme="majorHAnsi"/>
          <w:i/>
          <w:iCs/>
          <w:sz w:val="20"/>
          <w:szCs w:val="20"/>
        </w:rPr>
        <w:t>à :</w:t>
      </w:r>
      <w:proofErr w:type="gramEnd"/>
      <w:r w:rsidRPr="0077027C">
        <w:rPr>
          <w:rFonts w:asciiTheme="majorHAnsi" w:hAnsiTheme="majorHAnsi" w:cstheme="majorHAnsi"/>
          <w:i/>
          <w:iCs/>
          <w:sz w:val="20"/>
          <w:szCs w:val="20"/>
        </w:rPr>
        <w:t xml:space="preserve"> Grand Chambéry - Délégué à la protection des données, 106 allée des Blachères - 73000 Chambéry ou par mail à dpd@grandchambery.fr.</w:t>
      </w:r>
    </w:p>
    <w:sectPr w:rsidR="00195054" w:rsidRPr="0077027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135559208">
    <w:abstractNumId w:val="8"/>
  </w:num>
  <w:num w:numId="2" w16cid:durableId="1559245639">
    <w:abstractNumId w:val="6"/>
  </w:num>
  <w:num w:numId="3" w16cid:durableId="1216745408">
    <w:abstractNumId w:val="5"/>
  </w:num>
  <w:num w:numId="4" w16cid:durableId="1945189051">
    <w:abstractNumId w:val="4"/>
  </w:num>
  <w:num w:numId="5" w16cid:durableId="1045907026">
    <w:abstractNumId w:val="7"/>
  </w:num>
  <w:num w:numId="6" w16cid:durableId="1119110580">
    <w:abstractNumId w:val="3"/>
  </w:num>
  <w:num w:numId="7" w16cid:durableId="480315455">
    <w:abstractNumId w:val="2"/>
  </w:num>
  <w:num w:numId="8" w16cid:durableId="71122163">
    <w:abstractNumId w:val="1"/>
  </w:num>
  <w:num w:numId="9" w16cid:durableId="89812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82C"/>
    <w:rsid w:val="0015074B"/>
    <w:rsid w:val="00195054"/>
    <w:rsid w:val="0029639D"/>
    <w:rsid w:val="00326F90"/>
    <w:rsid w:val="006427F4"/>
    <w:rsid w:val="0077027C"/>
    <w:rsid w:val="00AA1D8D"/>
    <w:rsid w:val="00B47730"/>
    <w:rsid w:val="00CB0664"/>
    <w:rsid w:val="00D10295"/>
    <w:rsid w:val="00FC693F"/>
    <w:rsid w:val="00FD0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A7B9D"/>
  <w14:defaultImageDpi w14:val="300"/>
  <w15:docId w15:val="{4A54161E-7EB2-427B-8561-72E2DCAF4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27C"/>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504</Words>
  <Characters>2775</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mairie vimines</cp:lastModifiedBy>
  <cp:revision>4</cp:revision>
  <dcterms:created xsi:type="dcterms:W3CDTF">2013-12-23T23:15:00Z</dcterms:created>
  <dcterms:modified xsi:type="dcterms:W3CDTF">2026-06-19T10:58:00Z</dcterms:modified>
  <cp:category/>
</cp:coreProperties>
</file>